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E5AD5" w14:textId="5C8AEFF7" w:rsidR="00083CE3" w:rsidRPr="00450936" w:rsidRDefault="00D15DC0" w:rsidP="00484520">
      <w:pPr>
        <w:spacing w:after="40"/>
        <w:jc w:val="center"/>
        <w:rPr>
          <w:b/>
          <w:color w:val="auto"/>
          <w:sz w:val="28"/>
          <w:szCs w:val="18"/>
        </w:rPr>
      </w:pPr>
      <w:r w:rsidRPr="00450936">
        <w:rPr>
          <w:b/>
          <w:color w:val="auto"/>
          <w:sz w:val="28"/>
          <w:szCs w:val="18"/>
        </w:rPr>
        <w:t xml:space="preserve">PROGRAMMAZIONE DIDATTICA ANNUALE </w:t>
      </w:r>
    </w:p>
    <w:p w14:paraId="0A72436C" w14:textId="117BE7F7" w:rsidR="00484520" w:rsidRPr="00450936" w:rsidRDefault="00484520" w:rsidP="00484520">
      <w:pPr>
        <w:spacing w:after="40"/>
        <w:jc w:val="center"/>
        <w:rPr>
          <w:color w:val="auto"/>
          <w:sz w:val="16"/>
          <w:szCs w:val="18"/>
        </w:rPr>
      </w:pPr>
      <w:proofErr w:type="spellStart"/>
      <w:r w:rsidRPr="00450936">
        <w:rPr>
          <w:b/>
          <w:color w:val="auto"/>
          <w:sz w:val="28"/>
          <w:szCs w:val="18"/>
        </w:rPr>
        <w:t>a.s.</w:t>
      </w:r>
      <w:proofErr w:type="spellEnd"/>
      <w:r w:rsidRPr="00450936">
        <w:rPr>
          <w:b/>
          <w:color w:val="auto"/>
          <w:sz w:val="28"/>
          <w:szCs w:val="18"/>
        </w:rPr>
        <w:t xml:space="preserve"> 2026 – 2027 </w:t>
      </w:r>
    </w:p>
    <w:p w14:paraId="735F575F" w14:textId="5CE14A26" w:rsidR="00083CE3" w:rsidRPr="00450936" w:rsidRDefault="00D15DC0">
      <w:pPr>
        <w:spacing w:after="280"/>
        <w:rPr>
          <w:color w:val="auto"/>
        </w:rPr>
      </w:pPr>
      <w:r w:rsidRPr="00450936">
        <w:rPr>
          <w:b/>
          <w:color w:val="auto"/>
          <w:sz w:val="22"/>
        </w:rPr>
        <w:t xml:space="preserve">Scuola Secondaria di Primo Grado – </w:t>
      </w:r>
      <w:proofErr w:type="gramStart"/>
      <w:r w:rsidRPr="00450936">
        <w:rPr>
          <w:b/>
          <w:color w:val="auto"/>
          <w:sz w:val="22"/>
        </w:rPr>
        <w:t xml:space="preserve">Classe </w:t>
      </w:r>
      <w:r w:rsidR="00C43DAA">
        <w:rPr>
          <w:b/>
          <w:color w:val="auto"/>
          <w:sz w:val="22"/>
        </w:rPr>
        <w:t xml:space="preserve"> I</w:t>
      </w:r>
      <w:r w:rsidR="00B43255">
        <w:rPr>
          <w:b/>
          <w:color w:val="auto"/>
          <w:sz w:val="22"/>
        </w:rPr>
        <w:t>I</w:t>
      </w:r>
      <w:proofErr w:type="gramEnd"/>
      <w:r w:rsidR="00C43DAA">
        <w:rPr>
          <w:b/>
          <w:color w:val="auto"/>
          <w:sz w:val="22"/>
        </w:rPr>
        <w:t xml:space="preserve">                                   </w:t>
      </w:r>
      <w:r w:rsidRPr="00450936">
        <w:rPr>
          <w:b/>
          <w:color w:val="auto"/>
          <w:sz w:val="22"/>
        </w:rPr>
        <w:t xml:space="preserve">| Corso:  </w:t>
      </w:r>
      <w:r w:rsidR="00D264DB">
        <w:rPr>
          <w:b/>
          <w:color w:val="auto"/>
          <w:sz w:val="22"/>
        </w:rPr>
        <w:t xml:space="preserve">KICKSTART </w:t>
      </w:r>
      <w:r w:rsidR="00B43255">
        <w:rPr>
          <w:b/>
          <w:color w:val="auto"/>
          <w:sz w:val="22"/>
        </w:rPr>
        <w:t>2</w:t>
      </w:r>
    </w:p>
    <w:tbl>
      <w:tblPr>
        <w:tblW w:w="0" w:type="auto"/>
        <w:jc w:val="center"/>
        <w:tblLook w:val="04A0" w:firstRow="1" w:lastRow="0" w:firstColumn="1" w:lastColumn="0" w:noHBand="0" w:noVBand="1"/>
      </w:tblPr>
      <w:tblGrid>
        <w:gridCol w:w="2416"/>
        <w:gridCol w:w="2416"/>
        <w:gridCol w:w="2416"/>
        <w:gridCol w:w="2416"/>
      </w:tblGrid>
      <w:tr w:rsidR="00083CE3" w:rsidRPr="00450936" w14:paraId="59E1B0D0" w14:textId="77777777">
        <w:trPr>
          <w:jc w:val="center"/>
        </w:trPr>
        <w:tc>
          <w:tcPr>
            <w:tcW w:w="2416" w:type="dxa"/>
            <w:shd w:val="clear" w:color="auto" w:fill="F7FAFC"/>
            <w:tcMar>
              <w:top w:w="80" w:type="dxa"/>
              <w:left w:w="120" w:type="dxa"/>
              <w:bottom w:w="80" w:type="dxa"/>
              <w:right w:w="120" w:type="dxa"/>
            </w:tcMar>
          </w:tcPr>
          <w:p w14:paraId="2BA7C7FB" w14:textId="77777777" w:rsidR="00083CE3" w:rsidRPr="00450936" w:rsidRDefault="00D15DC0">
            <w:pPr>
              <w:spacing w:after="0" w:line="264" w:lineRule="auto"/>
              <w:rPr>
                <w:color w:val="auto"/>
              </w:rPr>
            </w:pPr>
            <w:r w:rsidRPr="00450936">
              <w:rPr>
                <w:b/>
                <w:color w:val="auto"/>
                <w:sz w:val="18"/>
              </w:rPr>
              <w:t>Disciplina:</w:t>
            </w:r>
          </w:p>
        </w:tc>
        <w:tc>
          <w:tcPr>
            <w:tcW w:w="2416" w:type="dxa"/>
            <w:shd w:val="clear" w:color="auto" w:fill="F7FAFC"/>
            <w:tcMar>
              <w:top w:w="80" w:type="dxa"/>
              <w:left w:w="120" w:type="dxa"/>
              <w:bottom w:w="80" w:type="dxa"/>
              <w:right w:w="120" w:type="dxa"/>
            </w:tcMar>
          </w:tcPr>
          <w:p w14:paraId="5EAFB462" w14:textId="77777777" w:rsidR="00083CE3" w:rsidRPr="00450936" w:rsidRDefault="00D15DC0">
            <w:pPr>
              <w:spacing w:after="0" w:line="264" w:lineRule="auto"/>
              <w:rPr>
                <w:color w:val="auto"/>
              </w:rPr>
            </w:pPr>
            <w:r w:rsidRPr="00450936">
              <w:rPr>
                <w:color w:val="auto"/>
                <w:sz w:val="18"/>
              </w:rPr>
              <w:t>Lingua Inglese (L2)</w:t>
            </w:r>
          </w:p>
        </w:tc>
        <w:tc>
          <w:tcPr>
            <w:tcW w:w="2416" w:type="dxa"/>
            <w:shd w:val="clear" w:color="auto" w:fill="F7FAFC"/>
            <w:tcMar>
              <w:top w:w="80" w:type="dxa"/>
              <w:left w:w="120" w:type="dxa"/>
              <w:bottom w:w="80" w:type="dxa"/>
              <w:right w:w="120" w:type="dxa"/>
            </w:tcMar>
          </w:tcPr>
          <w:p w14:paraId="15A80964" w14:textId="77777777" w:rsidR="00083CE3" w:rsidRPr="00450936" w:rsidRDefault="00D15DC0">
            <w:pPr>
              <w:spacing w:after="0" w:line="264" w:lineRule="auto"/>
              <w:rPr>
                <w:color w:val="auto"/>
              </w:rPr>
            </w:pPr>
            <w:r w:rsidRPr="00450936">
              <w:rPr>
                <w:b/>
                <w:color w:val="auto"/>
                <w:sz w:val="18"/>
              </w:rPr>
              <w:t>Anno Scolastico:</w:t>
            </w:r>
          </w:p>
        </w:tc>
        <w:tc>
          <w:tcPr>
            <w:tcW w:w="2416" w:type="dxa"/>
            <w:shd w:val="clear" w:color="auto" w:fill="F7FAFC"/>
            <w:tcMar>
              <w:top w:w="80" w:type="dxa"/>
              <w:left w:w="120" w:type="dxa"/>
              <w:bottom w:w="80" w:type="dxa"/>
              <w:right w:w="120" w:type="dxa"/>
            </w:tcMar>
          </w:tcPr>
          <w:p w14:paraId="6A7D097B" w14:textId="77777777" w:rsidR="00083CE3" w:rsidRPr="00450936" w:rsidRDefault="00D15DC0">
            <w:pPr>
              <w:spacing w:after="0" w:line="264" w:lineRule="auto"/>
              <w:rPr>
                <w:color w:val="auto"/>
              </w:rPr>
            </w:pPr>
            <w:r w:rsidRPr="00450936">
              <w:rPr>
                <w:color w:val="auto"/>
                <w:sz w:val="18"/>
              </w:rPr>
              <w:t>2026 / 2027</w:t>
            </w:r>
          </w:p>
        </w:tc>
      </w:tr>
      <w:tr w:rsidR="00083CE3" w:rsidRPr="00450936" w14:paraId="22537AFF" w14:textId="77777777">
        <w:trPr>
          <w:jc w:val="center"/>
        </w:trPr>
        <w:tc>
          <w:tcPr>
            <w:tcW w:w="2416" w:type="dxa"/>
            <w:shd w:val="clear" w:color="auto" w:fill="F7FAFC"/>
            <w:tcMar>
              <w:top w:w="80" w:type="dxa"/>
              <w:left w:w="120" w:type="dxa"/>
              <w:bottom w:w="80" w:type="dxa"/>
              <w:right w:w="120" w:type="dxa"/>
            </w:tcMar>
          </w:tcPr>
          <w:p w14:paraId="42490270" w14:textId="77777777" w:rsidR="00083CE3" w:rsidRPr="00450936" w:rsidRDefault="00D15DC0">
            <w:pPr>
              <w:spacing w:after="0" w:line="264" w:lineRule="auto"/>
              <w:rPr>
                <w:color w:val="auto"/>
              </w:rPr>
            </w:pPr>
            <w:r w:rsidRPr="00450936">
              <w:rPr>
                <w:b/>
                <w:color w:val="auto"/>
                <w:sz w:val="18"/>
              </w:rPr>
              <w:t>Livello CEFR:</w:t>
            </w:r>
          </w:p>
        </w:tc>
        <w:tc>
          <w:tcPr>
            <w:tcW w:w="2416" w:type="dxa"/>
            <w:shd w:val="clear" w:color="auto" w:fill="F7FAFC"/>
            <w:tcMar>
              <w:top w:w="80" w:type="dxa"/>
              <w:left w:w="120" w:type="dxa"/>
              <w:bottom w:w="80" w:type="dxa"/>
              <w:right w:w="120" w:type="dxa"/>
            </w:tcMar>
          </w:tcPr>
          <w:p w14:paraId="05EF6B97" w14:textId="77777777" w:rsidR="00083CE3" w:rsidRPr="00450936" w:rsidRDefault="00D15DC0">
            <w:pPr>
              <w:spacing w:after="0" w:line="264" w:lineRule="auto"/>
              <w:rPr>
                <w:color w:val="auto"/>
              </w:rPr>
            </w:pPr>
            <w:r w:rsidRPr="00450936">
              <w:rPr>
                <w:color w:val="auto"/>
                <w:sz w:val="18"/>
              </w:rPr>
              <w:t>A1 verso A2 (Inquadramento globale)</w:t>
            </w:r>
          </w:p>
        </w:tc>
        <w:tc>
          <w:tcPr>
            <w:tcW w:w="2416" w:type="dxa"/>
            <w:shd w:val="clear" w:color="auto" w:fill="F7FAFC"/>
            <w:tcMar>
              <w:top w:w="80" w:type="dxa"/>
              <w:left w:w="120" w:type="dxa"/>
              <w:bottom w:w="80" w:type="dxa"/>
              <w:right w:w="120" w:type="dxa"/>
            </w:tcMar>
          </w:tcPr>
          <w:p w14:paraId="4CFF3EB8" w14:textId="77777777" w:rsidR="00083CE3" w:rsidRPr="00450936" w:rsidRDefault="00D15DC0">
            <w:pPr>
              <w:spacing w:after="0" w:line="264" w:lineRule="auto"/>
              <w:rPr>
                <w:color w:val="auto"/>
              </w:rPr>
            </w:pPr>
            <w:r w:rsidRPr="00450936">
              <w:rPr>
                <w:b/>
                <w:color w:val="auto"/>
                <w:sz w:val="18"/>
              </w:rPr>
              <w:t>Quadro Normativo:</w:t>
            </w:r>
          </w:p>
        </w:tc>
        <w:tc>
          <w:tcPr>
            <w:tcW w:w="2416" w:type="dxa"/>
            <w:shd w:val="clear" w:color="auto" w:fill="F7FAFC"/>
            <w:tcMar>
              <w:top w:w="80" w:type="dxa"/>
              <w:left w:w="120" w:type="dxa"/>
              <w:bottom w:w="80" w:type="dxa"/>
              <w:right w:w="120" w:type="dxa"/>
            </w:tcMar>
          </w:tcPr>
          <w:p w14:paraId="771601E4" w14:textId="77777777" w:rsidR="00083CE3" w:rsidRPr="00450936" w:rsidRDefault="00D15DC0">
            <w:pPr>
              <w:spacing w:after="0" w:line="264" w:lineRule="auto"/>
              <w:rPr>
                <w:color w:val="auto"/>
              </w:rPr>
            </w:pPr>
            <w:r w:rsidRPr="00450936">
              <w:rPr>
                <w:color w:val="auto"/>
                <w:sz w:val="18"/>
              </w:rPr>
              <w:t>Nuove Indicazioni Nazionali, DigComp 2.2, Agenda 2030</w:t>
            </w:r>
          </w:p>
        </w:tc>
      </w:tr>
    </w:tbl>
    <w:p w14:paraId="77A24327" w14:textId="77777777" w:rsidR="00083CE3" w:rsidRDefault="00083CE3"/>
    <w:p w14:paraId="6FB418B1" w14:textId="77777777" w:rsidR="00894381" w:rsidRDefault="00894381" w:rsidP="00894381">
      <w:pPr>
        <w:framePr w:hSpace="141" w:wrap="around" w:vAnchor="text" w:hAnchor="page" w:x="723" w:y="612"/>
        <w:jc w:val="center"/>
        <w:rPr>
          <w:color w:val="auto"/>
        </w:rPr>
      </w:pPr>
    </w:p>
    <w:p w14:paraId="6B242074" w14:textId="77777777" w:rsidR="00894381" w:rsidRPr="00AE4ED1" w:rsidRDefault="00894381" w:rsidP="00894381">
      <w:pPr>
        <w:framePr w:hSpace="141" w:wrap="around" w:vAnchor="text" w:hAnchor="page" w:x="723" w:y="612"/>
        <w:rPr>
          <w:b/>
          <w:bCs/>
          <w:color w:val="auto"/>
          <w:sz w:val="18"/>
          <w:szCs w:val="18"/>
        </w:rPr>
      </w:pPr>
      <w:r w:rsidRPr="00AE4ED1">
        <w:rPr>
          <w:b/>
          <w:bCs/>
          <w:color w:val="auto"/>
        </w:rPr>
        <w:t>ANALISI DELLA SITUAZIONE DI PARTENZA</w:t>
      </w:r>
    </w:p>
    <w:p w14:paraId="63FE008B" w14:textId="77777777" w:rsidR="00894381" w:rsidRPr="005046D8" w:rsidRDefault="00894381" w:rsidP="00894381">
      <w:pPr>
        <w:framePr w:hSpace="141" w:wrap="around" w:vAnchor="text" w:hAnchor="page" w:x="723" w:y="612"/>
        <w:tabs>
          <w:tab w:val="left" w:pos="709"/>
        </w:tabs>
        <w:rPr>
          <w:b/>
          <w:color w:val="auto"/>
          <w:sz w:val="22"/>
          <w:szCs w:val="24"/>
        </w:rPr>
      </w:pPr>
      <w:r w:rsidRPr="005046D8">
        <w:rPr>
          <w:rFonts w:eastAsia="Arial"/>
          <w:color w:val="auto"/>
          <w:sz w:val="22"/>
          <w:szCs w:val="24"/>
        </w:rPr>
        <w:t xml:space="preserve">La </w:t>
      </w:r>
      <w:proofErr w:type="spellStart"/>
      <w:r w:rsidRPr="005046D8">
        <w:rPr>
          <w:rFonts w:eastAsia="Arial"/>
          <w:color w:val="auto"/>
          <w:sz w:val="22"/>
          <w:szCs w:val="24"/>
        </w:rPr>
        <w:t>situazione</w:t>
      </w:r>
      <w:proofErr w:type="spellEnd"/>
      <w:r w:rsidRPr="005046D8">
        <w:rPr>
          <w:rFonts w:eastAsia="Arial"/>
          <w:color w:val="auto"/>
          <w:sz w:val="22"/>
          <w:szCs w:val="24"/>
        </w:rPr>
        <w:t xml:space="preserve"> di </w:t>
      </w:r>
      <w:proofErr w:type="spellStart"/>
      <w:r w:rsidRPr="005046D8">
        <w:rPr>
          <w:rFonts w:eastAsia="Arial"/>
          <w:color w:val="auto"/>
          <w:sz w:val="22"/>
          <w:szCs w:val="24"/>
        </w:rPr>
        <w:t>partenza</w:t>
      </w:r>
      <w:proofErr w:type="spellEnd"/>
      <w:r w:rsidRPr="005046D8">
        <w:rPr>
          <w:rFonts w:eastAsia="Arial"/>
          <w:color w:val="auto"/>
          <w:sz w:val="22"/>
          <w:szCs w:val="24"/>
        </w:rPr>
        <w:t xml:space="preserve"> degli </w:t>
      </w:r>
      <w:proofErr w:type="spellStart"/>
      <w:r w:rsidRPr="005046D8">
        <w:rPr>
          <w:rFonts w:eastAsia="Arial"/>
          <w:color w:val="auto"/>
          <w:sz w:val="22"/>
          <w:szCs w:val="24"/>
        </w:rPr>
        <w:t>alunni</w:t>
      </w:r>
      <w:proofErr w:type="spellEnd"/>
      <w:r w:rsidRPr="005046D8">
        <w:rPr>
          <w:rFonts w:eastAsia="Arial"/>
          <w:color w:val="auto"/>
          <w:sz w:val="22"/>
          <w:szCs w:val="24"/>
        </w:rPr>
        <w:t xml:space="preserve"> è </w:t>
      </w:r>
      <w:proofErr w:type="spellStart"/>
      <w:r w:rsidRPr="005046D8">
        <w:rPr>
          <w:rFonts w:eastAsia="Arial"/>
          <w:color w:val="auto"/>
          <w:sz w:val="22"/>
          <w:szCs w:val="24"/>
        </w:rPr>
        <w:t>stata</w:t>
      </w:r>
      <w:proofErr w:type="spellEnd"/>
      <w:r w:rsidRPr="005046D8">
        <w:rPr>
          <w:rFonts w:eastAsia="Arial"/>
          <w:color w:val="auto"/>
          <w:sz w:val="22"/>
          <w:szCs w:val="24"/>
        </w:rPr>
        <w:t xml:space="preserve"> </w:t>
      </w:r>
      <w:proofErr w:type="spellStart"/>
      <w:r w:rsidRPr="005046D8">
        <w:rPr>
          <w:rFonts w:eastAsia="Arial"/>
          <w:color w:val="auto"/>
          <w:sz w:val="22"/>
          <w:szCs w:val="24"/>
        </w:rPr>
        <w:t>rilevata</w:t>
      </w:r>
      <w:proofErr w:type="spellEnd"/>
      <w:r w:rsidRPr="005046D8">
        <w:rPr>
          <w:rFonts w:eastAsia="Arial"/>
          <w:color w:val="auto"/>
          <w:sz w:val="22"/>
          <w:szCs w:val="24"/>
        </w:rPr>
        <w:t xml:space="preserve"> </w:t>
      </w:r>
      <w:proofErr w:type="spellStart"/>
      <w:r w:rsidRPr="005046D8">
        <w:rPr>
          <w:rFonts w:eastAsia="Arial"/>
          <w:color w:val="auto"/>
          <w:sz w:val="22"/>
          <w:szCs w:val="24"/>
        </w:rPr>
        <w:t>mediante</w:t>
      </w:r>
      <w:proofErr w:type="spellEnd"/>
      <w:r w:rsidRPr="005046D8">
        <w:rPr>
          <w:rFonts w:eastAsia="Arial"/>
          <w:color w:val="auto"/>
          <w:sz w:val="22"/>
          <w:szCs w:val="24"/>
        </w:rPr>
        <w:t>:</w:t>
      </w:r>
    </w:p>
    <w:p w14:paraId="2267BED2" w14:textId="77777777" w:rsidR="00894381" w:rsidRPr="005046D8" w:rsidRDefault="00894381" w:rsidP="00894381">
      <w:pPr>
        <w:framePr w:hSpace="141" w:wrap="around" w:vAnchor="text" w:hAnchor="page" w:x="723" w:y="612"/>
        <w:numPr>
          <w:ilvl w:val="0"/>
          <w:numId w:val="20"/>
        </w:numPr>
        <w:tabs>
          <w:tab w:val="left" w:pos="720"/>
        </w:tabs>
        <w:suppressAutoHyphens/>
        <w:spacing w:after="0" w:line="240" w:lineRule="auto"/>
        <w:jc w:val="both"/>
        <w:rPr>
          <w:rFonts w:eastAsia="Arial"/>
          <w:color w:val="auto"/>
          <w:sz w:val="22"/>
          <w:szCs w:val="24"/>
        </w:rPr>
      </w:pPr>
      <w:proofErr w:type="spellStart"/>
      <w:r w:rsidRPr="005046D8">
        <w:rPr>
          <w:rFonts w:eastAsia="Arial"/>
          <w:color w:val="auto"/>
          <w:sz w:val="22"/>
          <w:szCs w:val="24"/>
        </w:rPr>
        <w:t>informazioni</w:t>
      </w:r>
      <w:proofErr w:type="spellEnd"/>
      <w:r w:rsidRPr="005046D8">
        <w:rPr>
          <w:rFonts w:eastAsia="Arial"/>
          <w:color w:val="auto"/>
          <w:sz w:val="22"/>
          <w:szCs w:val="24"/>
        </w:rPr>
        <w:t xml:space="preserve"> </w:t>
      </w:r>
      <w:proofErr w:type="spellStart"/>
      <w:r w:rsidRPr="005046D8">
        <w:rPr>
          <w:rFonts w:eastAsia="Arial"/>
          <w:color w:val="auto"/>
          <w:sz w:val="22"/>
          <w:szCs w:val="24"/>
        </w:rPr>
        <w:t>sugli</w:t>
      </w:r>
      <w:proofErr w:type="spellEnd"/>
      <w:r w:rsidRPr="005046D8">
        <w:rPr>
          <w:rFonts w:eastAsia="Arial"/>
          <w:color w:val="auto"/>
          <w:sz w:val="22"/>
          <w:szCs w:val="24"/>
        </w:rPr>
        <w:t xml:space="preserve"> </w:t>
      </w:r>
      <w:proofErr w:type="spellStart"/>
      <w:r w:rsidRPr="005046D8">
        <w:rPr>
          <w:rFonts w:eastAsia="Arial"/>
          <w:color w:val="auto"/>
          <w:sz w:val="22"/>
          <w:szCs w:val="24"/>
        </w:rPr>
        <w:t>studi</w:t>
      </w:r>
      <w:proofErr w:type="spellEnd"/>
      <w:r w:rsidRPr="005046D8">
        <w:rPr>
          <w:rFonts w:eastAsia="Arial"/>
          <w:color w:val="auto"/>
          <w:sz w:val="22"/>
          <w:szCs w:val="24"/>
        </w:rPr>
        <w:t xml:space="preserve"> </w:t>
      </w:r>
      <w:proofErr w:type="spellStart"/>
      <w:r w:rsidRPr="005046D8">
        <w:rPr>
          <w:rFonts w:eastAsia="Arial"/>
          <w:color w:val="auto"/>
          <w:sz w:val="22"/>
          <w:szCs w:val="24"/>
        </w:rPr>
        <w:t>precedenti</w:t>
      </w:r>
      <w:proofErr w:type="spellEnd"/>
      <w:r w:rsidRPr="005046D8">
        <w:rPr>
          <w:rFonts w:eastAsia="Arial"/>
          <w:color w:val="auto"/>
          <w:sz w:val="22"/>
          <w:szCs w:val="24"/>
        </w:rPr>
        <w:t xml:space="preserve"> </w:t>
      </w:r>
      <w:proofErr w:type="spellStart"/>
      <w:r w:rsidRPr="005046D8">
        <w:rPr>
          <w:rFonts w:eastAsia="Arial"/>
          <w:color w:val="auto"/>
          <w:sz w:val="22"/>
          <w:szCs w:val="24"/>
        </w:rPr>
        <w:t>ricevute</w:t>
      </w:r>
      <w:proofErr w:type="spellEnd"/>
      <w:r w:rsidRPr="005046D8">
        <w:rPr>
          <w:rFonts w:eastAsia="Arial"/>
          <w:color w:val="auto"/>
          <w:sz w:val="22"/>
          <w:szCs w:val="24"/>
        </w:rPr>
        <w:t xml:space="preserve"> </w:t>
      </w:r>
      <w:proofErr w:type="spellStart"/>
      <w:r w:rsidRPr="005046D8">
        <w:rPr>
          <w:rFonts w:eastAsia="Arial"/>
          <w:color w:val="auto"/>
          <w:sz w:val="22"/>
          <w:szCs w:val="24"/>
        </w:rPr>
        <w:t>dalla</w:t>
      </w:r>
      <w:proofErr w:type="spellEnd"/>
      <w:r w:rsidRPr="005046D8">
        <w:rPr>
          <w:rFonts w:eastAsia="Arial"/>
          <w:color w:val="auto"/>
          <w:sz w:val="22"/>
          <w:szCs w:val="24"/>
        </w:rPr>
        <w:t xml:space="preserve"> Scuola Primaria;</w:t>
      </w:r>
    </w:p>
    <w:p w14:paraId="01104E77" w14:textId="77777777" w:rsidR="00894381" w:rsidRPr="005046D8" w:rsidRDefault="00894381" w:rsidP="00894381">
      <w:pPr>
        <w:framePr w:hSpace="141" w:wrap="around" w:vAnchor="text" w:hAnchor="page" w:x="723" w:y="612"/>
        <w:numPr>
          <w:ilvl w:val="0"/>
          <w:numId w:val="20"/>
        </w:numPr>
        <w:tabs>
          <w:tab w:val="left" w:pos="720"/>
        </w:tabs>
        <w:suppressAutoHyphens/>
        <w:spacing w:after="0" w:line="240" w:lineRule="auto"/>
        <w:jc w:val="both"/>
        <w:rPr>
          <w:rFonts w:eastAsia="Arial"/>
          <w:color w:val="auto"/>
          <w:sz w:val="22"/>
          <w:szCs w:val="24"/>
        </w:rPr>
      </w:pPr>
      <w:proofErr w:type="spellStart"/>
      <w:r w:rsidRPr="005046D8">
        <w:rPr>
          <w:rFonts w:eastAsia="Arial"/>
          <w:color w:val="auto"/>
          <w:sz w:val="22"/>
          <w:szCs w:val="24"/>
        </w:rPr>
        <w:t>svolgimento</w:t>
      </w:r>
      <w:proofErr w:type="spellEnd"/>
      <w:r w:rsidRPr="005046D8">
        <w:rPr>
          <w:rFonts w:eastAsia="Arial"/>
          <w:color w:val="auto"/>
          <w:sz w:val="22"/>
          <w:szCs w:val="24"/>
        </w:rPr>
        <w:t xml:space="preserve"> di prove di </w:t>
      </w:r>
      <w:proofErr w:type="spellStart"/>
      <w:r w:rsidRPr="005046D8">
        <w:rPr>
          <w:rFonts w:eastAsia="Arial"/>
          <w:color w:val="auto"/>
          <w:sz w:val="22"/>
          <w:szCs w:val="24"/>
        </w:rPr>
        <w:t>ingresso</w:t>
      </w:r>
      <w:proofErr w:type="spellEnd"/>
      <w:r w:rsidRPr="005046D8">
        <w:rPr>
          <w:rFonts w:eastAsia="Arial"/>
          <w:color w:val="auto"/>
          <w:sz w:val="22"/>
          <w:szCs w:val="24"/>
        </w:rPr>
        <w:t xml:space="preserve"> </w:t>
      </w:r>
      <w:proofErr w:type="spellStart"/>
      <w:r w:rsidRPr="005046D8">
        <w:rPr>
          <w:rFonts w:eastAsia="Arial"/>
          <w:color w:val="auto"/>
          <w:sz w:val="22"/>
          <w:szCs w:val="24"/>
        </w:rPr>
        <w:t>concordate</w:t>
      </w:r>
      <w:proofErr w:type="spellEnd"/>
      <w:r w:rsidRPr="005046D8">
        <w:rPr>
          <w:rFonts w:eastAsia="Arial"/>
          <w:color w:val="auto"/>
          <w:sz w:val="22"/>
          <w:szCs w:val="24"/>
        </w:rPr>
        <w:t xml:space="preserve"> con tutti </w:t>
      </w:r>
      <w:proofErr w:type="spellStart"/>
      <w:r w:rsidRPr="005046D8">
        <w:rPr>
          <w:rFonts w:eastAsia="Arial"/>
          <w:color w:val="auto"/>
          <w:sz w:val="22"/>
          <w:szCs w:val="24"/>
        </w:rPr>
        <w:t>gli</w:t>
      </w:r>
      <w:proofErr w:type="spellEnd"/>
      <w:r w:rsidRPr="005046D8">
        <w:rPr>
          <w:rFonts w:eastAsia="Arial"/>
          <w:color w:val="auto"/>
          <w:sz w:val="22"/>
          <w:szCs w:val="24"/>
        </w:rPr>
        <w:t xml:space="preserve"> </w:t>
      </w:r>
      <w:proofErr w:type="spellStart"/>
      <w:r w:rsidRPr="005046D8">
        <w:rPr>
          <w:rFonts w:eastAsia="Arial"/>
          <w:color w:val="auto"/>
          <w:sz w:val="22"/>
          <w:szCs w:val="24"/>
        </w:rPr>
        <w:t>insegnanti</w:t>
      </w:r>
      <w:proofErr w:type="spellEnd"/>
      <w:r w:rsidRPr="005046D8">
        <w:rPr>
          <w:rFonts w:eastAsia="Arial"/>
          <w:color w:val="auto"/>
          <w:sz w:val="22"/>
          <w:szCs w:val="24"/>
        </w:rPr>
        <w:t xml:space="preserve"> del </w:t>
      </w:r>
      <w:proofErr w:type="spellStart"/>
      <w:r w:rsidRPr="005046D8">
        <w:rPr>
          <w:rFonts w:eastAsia="Arial"/>
          <w:color w:val="auto"/>
          <w:sz w:val="22"/>
          <w:szCs w:val="24"/>
        </w:rPr>
        <w:t>CdC</w:t>
      </w:r>
      <w:proofErr w:type="spellEnd"/>
      <w:r w:rsidRPr="005046D8">
        <w:rPr>
          <w:rFonts w:eastAsia="Arial"/>
          <w:color w:val="auto"/>
          <w:sz w:val="22"/>
          <w:szCs w:val="24"/>
        </w:rPr>
        <w:t>;</w:t>
      </w:r>
    </w:p>
    <w:p w14:paraId="699EEC57" w14:textId="4303258B" w:rsidR="00894381" w:rsidRPr="005046D8" w:rsidRDefault="00894381" w:rsidP="00894381">
      <w:pPr>
        <w:framePr w:hSpace="141" w:wrap="around" w:vAnchor="text" w:hAnchor="page" w:x="723" w:y="612"/>
        <w:numPr>
          <w:ilvl w:val="0"/>
          <w:numId w:val="20"/>
        </w:numPr>
        <w:tabs>
          <w:tab w:val="left" w:pos="720"/>
        </w:tabs>
        <w:suppressAutoHyphens/>
        <w:spacing w:after="0" w:line="240" w:lineRule="auto"/>
        <w:jc w:val="both"/>
        <w:rPr>
          <w:rFonts w:eastAsia="Arial"/>
          <w:color w:val="auto"/>
          <w:sz w:val="22"/>
          <w:szCs w:val="24"/>
        </w:rPr>
      </w:pPr>
      <w:proofErr w:type="spellStart"/>
      <w:r w:rsidRPr="005046D8">
        <w:rPr>
          <w:rFonts w:eastAsia="Arial"/>
          <w:color w:val="auto"/>
          <w:sz w:val="22"/>
          <w:szCs w:val="24"/>
        </w:rPr>
        <w:t>osservazioni</w:t>
      </w:r>
      <w:proofErr w:type="spellEnd"/>
      <w:r w:rsidRPr="005046D8">
        <w:rPr>
          <w:rFonts w:eastAsia="Arial"/>
          <w:color w:val="auto"/>
          <w:sz w:val="22"/>
          <w:szCs w:val="24"/>
        </w:rPr>
        <w:t xml:space="preserve"> </w:t>
      </w:r>
      <w:proofErr w:type="spellStart"/>
      <w:r w:rsidRPr="005046D8">
        <w:rPr>
          <w:rFonts w:eastAsia="Arial"/>
          <w:color w:val="auto"/>
          <w:sz w:val="22"/>
          <w:szCs w:val="24"/>
        </w:rPr>
        <w:t>sistematiche</w:t>
      </w:r>
      <w:proofErr w:type="spellEnd"/>
      <w:r w:rsidRPr="005046D8">
        <w:rPr>
          <w:rFonts w:eastAsia="Arial"/>
          <w:color w:val="auto"/>
          <w:sz w:val="22"/>
          <w:szCs w:val="24"/>
        </w:rPr>
        <w:t>;</w:t>
      </w:r>
    </w:p>
    <w:p w14:paraId="10DDBFE5" w14:textId="77777777" w:rsidR="00894381" w:rsidRPr="005046D8" w:rsidRDefault="00894381" w:rsidP="00894381">
      <w:pPr>
        <w:framePr w:hSpace="141" w:wrap="around" w:vAnchor="text" w:hAnchor="page" w:x="723" w:y="612"/>
        <w:numPr>
          <w:ilvl w:val="0"/>
          <w:numId w:val="20"/>
        </w:numPr>
        <w:tabs>
          <w:tab w:val="left" w:pos="720"/>
        </w:tabs>
        <w:suppressAutoHyphens/>
        <w:spacing w:after="0" w:line="240" w:lineRule="auto"/>
        <w:jc w:val="both"/>
        <w:rPr>
          <w:rFonts w:eastAsia="Arial"/>
          <w:color w:val="auto"/>
          <w:sz w:val="22"/>
          <w:szCs w:val="24"/>
        </w:rPr>
      </w:pPr>
      <w:proofErr w:type="spellStart"/>
      <w:r w:rsidRPr="005046D8">
        <w:rPr>
          <w:rFonts w:eastAsia="Arial"/>
          <w:color w:val="auto"/>
          <w:sz w:val="22"/>
          <w:szCs w:val="24"/>
        </w:rPr>
        <w:t>colloqui</w:t>
      </w:r>
      <w:proofErr w:type="spellEnd"/>
      <w:r w:rsidRPr="005046D8">
        <w:rPr>
          <w:rFonts w:eastAsia="Arial"/>
          <w:color w:val="auto"/>
          <w:sz w:val="22"/>
          <w:szCs w:val="24"/>
        </w:rPr>
        <w:t xml:space="preserve"> </w:t>
      </w:r>
      <w:proofErr w:type="spellStart"/>
      <w:r w:rsidRPr="005046D8">
        <w:rPr>
          <w:rFonts w:eastAsia="Arial"/>
          <w:color w:val="auto"/>
          <w:sz w:val="22"/>
          <w:szCs w:val="24"/>
        </w:rPr>
        <w:t>orali</w:t>
      </w:r>
      <w:proofErr w:type="spellEnd"/>
      <w:r w:rsidRPr="005046D8">
        <w:rPr>
          <w:rFonts w:eastAsia="Arial"/>
          <w:color w:val="auto"/>
          <w:sz w:val="22"/>
          <w:szCs w:val="24"/>
        </w:rPr>
        <w:t>.</w:t>
      </w:r>
    </w:p>
    <w:tbl>
      <w:tblPr>
        <w:tblStyle w:val="Grigliatabella"/>
        <w:tblW w:w="0" w:type="auto"/>
        <w:tblInd w:w="-318" w:type="dxa"/>
        <w:tblLook w:val="04A0" w:firstRow="1" w:lastRow="0" w:firstColumn="1" w:lastColumn="0" w:noHBand="0" w:noVBand="1"/>
      </w:tblPr>
      <w:tblGrid>
        <w:gridCol w:w="10197"/>
      </w:tblGrid>
      <w:tr w:rsidR="00F72C17" w14:paraId="70D2B34E" w14:textId="77777777" w:rsidTr="00F72C17">
        <w:tc>
          <w:tcPr>
            <w:tcW w:w="10197" w:type="dxa"/>
          </w:tcPr>
          <w:p w14:paraId="36DDAA15" w14:textId="6ABA93BD" w:rsidR="00F72C17" w:rsidRDefault="00F72C17" w:rsidP="00D31909">
            <w:pPr>
              <w:tabs>
                <w:tab w:val="left" w:pos="12690"/>
              </w:tabs>
            </w:pPr>
            <w:r w:rsidRPr="005046D8">
              <w:rPr>
                <w:bCs/>
                <w:sz w:val="22"/>
                <w:szCs w:val="24"/>
              </w:rPr>
              <w:t xml:space="preserve">Anno </w:t>
            </w:r>
            <w:proofErr w:type="gramStart"/>
            <w:r w:rsidRPr="005046D8">
              <w:rPr>
                <w:bCs/>
                <w:sz w:val="22"/>
                <w:szCs w:val="24"/>
              </w:rPr>
              <w:t>Scolastico  2026</w:t>
            </w:r>
            <w:proofErr w:type="gramEnd"/>
            <w:r w:rsidRPr="005046D8">
              <w:rPr>
                <w:bCs/>
                <w:sz w:val="22"/>
                <w:szCs w:val="24"/>
              </w:rPr>
              <w:t xml:space="preserve">/2027                        </w:t>
            </w:r>
            <w:proofErr w:type="gramStart"/>
            <w:r w:rsidRPr="005046D8">
              <w:rPr>
                <w:bCs/>
                <w:sz w:val="22"/>
                <w:szCs w:val="24"/>
              </w:rPr>
              <w:t xml:space="preserve">Classe  </w:t>
            </w:r>
            <w:r w:rsidRPr="005046D8">
              <w:rPr>
                <w:sz w:val="22"/>
                <w:szCs w:val="24"/>
              </w:rPr>
              <w:t>I</w:t>
            </w:r>
            <w:r w:rsidR="00D264DB">
              <w:rPr>
                <w:sz w:val="22"/>
                <w:szCs w:val="24"/>
              </w:rPr>
              <w:t>I</w:t>
            </w:r>
            <w:proofErr w:type="gramEnd"/>
            <w:r w:rsidRPr="005046D8">
              <w:rPr>
                <w:bCs/>
                <w:sz w:val="22"/>
                <w:szCs w:val="24"/>
              </w:rPr>
              <w:t xml:space="preserve">                                                        </w:t>
            </w:r>
            <w:proofErr w:type="spellStart"/>
            <w:r w:rsidRPr="005046D8">
              <w:rPr>
                <w:bCs/>
                <w:sz w:val="22"/>
                <w:szCs w:val="24"/>
              </w:rPr>
              <w:t>Sezione</w:t>
            </w:r>
            <w:proofErr w:type="spellEnd"/>
            <w:r w:rsidRPr="005046D8">
              <w:rPr>
                <w:bCs/>
                <w:sz w:val="22"/>
                <w:szCs w:val="24"/>
              </w:rPr>
              <w:t xml:space="preserve">                                                                                              </w:t>
            </w:r>
          </w:p>
        </w:tc>
      </w:tr>
    </w:tbl>
    <w:p w14:paraId="70AC2167" w14:textId="77777777" w:rsidR="005046D8" w:rsidRDefault="005046D8" w:rsidP="005046D8">
      <w:pPr>
        <w:rPr>
          <w:b/>
          <w:bCs/>
          <w:color w:val="auto"/>
          <w:szCs w:val="20"/>
        </w:rPr>
      </w:pPr>
    </w:p>
    <w:p w14:paraId="46D8F2EE" w14:textId="33473AD0" w:rsidR="005046D8" w:rsidRPr="005046D8" w:rsidRDefault="005046D8">
      <w:pPr>
        <w:rPr>
          <w:b/>
          <w:bCs/>
          <w:color w:val="auto"/>
          <w:szCs w:val="20"/>
        </w:rPr>
      </w:pPr>
      <w:r w:rsidRPr="00CA1D4D">
        <w:rPr>
          <w:b/>
          <w:bCs/>
          <w:color w:val="auto"/>
          <w:szCs w:val="20"/>
        </w:rPr>
        <w:t>SI</w:t>
      </w:r>
      <w:r w:rsidRPr="005046D8">
        <w:rPr>
          <w:b/>
          <w:bCs/>
          <w:color w:val="auto"/>
          <w:szCs w:val="20"/>
        </w:rPr>
        <w:t>TUAZIONE DI PARTENZA</w:t>
      </w:r>
    </w:p>
    <w:tbl>
      <w:tblPr>
        <w:tblStyle w:val="Grigliatabella"/>
        <w:tblW w:w="0" w:type="auto"/>
        <w:tblInd w:w="38" w:type="dxa"/>
        <w:tblLook w:val="04A0" w:firstRow="1" w:lastRow="0" w:firstColumn="1" w:lastColumn="0" w:noHBand="0" w:noVBand="1"/>
      </w:tblPr>
      <w:tblGrid>
        <w:gridCol w:w="2764"/>
        <w:gridCol w:w="3771"/>
        <w:gridCol w:w="3268"/>
      </w:tblGrid>
      <w:tr w:rsidR="005046D8" w:rsidRPr="005046D8" w14:paraId="45CEA305" w14:textId="77777777" w:rsidTr="005046D8">
        <w:tc>
          <w:tcPr>
            <w:tcW w:w="2764" w:type="dxa"/>
          </w:tcPr>
          <w:p w14:paraId="044CF67A" w14:textId="13FA0233" w:rsidR="005046D8" w:rsidRPr="005046D8" w:rsidRDefault="005046D8">
            <w:pPr>
              <w:rPr>
                <w:b/>
                <w:bCs/>
                <w:color w:val="auto"/>
              </w:rPr>
            </w:pPr>
            <w:r w:rsidRPr="005046D8">
              <w:rPr>
                <w:b/>
                <w:bCs/>
                <w:color w:val="auto"/>
              </w:rPr>
              <w:t xml:space="preserve">LIVELLO DELLA CLASSE                      </w:t>
            </w:r>
          </w:p>
        </w:tc>
        <w:tc>
          <w:tcPr>
            <w:tcW w:w="3771" w:type="dxa"/>
          </w:tcPr>
          <w:p w14:paraId="179866D6" w14:textId="74FDE1F3" w:rsidR="005046D8" w:rsidRPr="005046D8" w:rsidRDefault="005046D8">
            <w:pPr>
              <w:rPr>
                <w:b/>
                <w:bCs/>
                <w:color w:val="auto"/>
              </w:rPr>
            </w:pPr>
            <w:r w:rsidRPr="005046D8">
              <w:rPr>
                <w:b/>
                <w:bCs/>
                <w:color w:val="auto"/>
              </w:rPr>
              <w:t xml:space="preserve">TIPOLOGIA DI ATTEGGIAMENTO              </w:t>
            </w:r>
          </w:p>
        </w:tc>
        <w:tc>
          <w:tcPr>
            <w:tcW w:w="3268" w:type="dxa"/>
          </w:tcPr>
          <w:p w14:paraId="4CADE247" w14:textId="1C22B4CF" w:rsidR="005046D8" w:rsidRPr="005046D8" w:rsidRDefault="005046D8">
            <w:pPr>
              <w:rPr>
                <w:b/>
                <w:bCs/>
                <w:color w:val="auto"/>
              </w:rPr>
            </w:pPr>
            <w:r w:rsidRPr="005046D8">
              <w:rPr>
                <w:b/>
                <w:bCs/>
                <w:color w:val="auto"/>
              </w:rPr>
              <w:t xml:space="preserve">OSSERVAZIONI                                     </w:t>
            </w:r>
          </w:p>
        </w:tc>
      </w:tr>
      <w:tr w:rsidR="005046D8" w:rsidRPr="005046D8" w14:paraId="21C0280C" w14:textId="77777777" w:rsidTr="005046D8">
        <w:tc>
          <w:tcPr>
            <w:tcW w:w="2764" w:type="dxa"/>
          </w:tcPr>
          <w:p w14:paraId="2350DFDE" w14:textId="4A6FE759" w:rsidR="005046D8" w:rsidRPr="005046D8" w:rsidRDefault="005046D8">
            <w:pPr>
              <w:rPr>
                <w:color w:val="auto"/>
              </w:rPr>
            </w:pPr>
            <w:r w:rsidRPr="005046D8">
              <w:rPr>
                <w:color w:val="auto"/>
              </w:rPr>
              <w:t>Medio-alto</w:t>
            </w:r>
          </w:p>
        </w:tc>
        <w:tc>
          <w:tcPr>
            <w:tcW w:w="3771" w:type="dxa"/>
          </w:tcPr>
          <w:p w14:paraId="70A91473" w14:textId="642371B6" w:rsidR="005046D8" w:rsidRPr="005046D8" w:rsidRDefault="005046D8">
            <w:pPr>
              <w:rPr>
                <w:color w:val="auto"/>
              </w:rPr>
            </w:pPr>
            <w:r w:rsidRPr="005046D8">
              <w:rPr>
                <w:color w:val="auto"/>
              </w:rPr>
              <w:t xml:space="preserve">Vivace </w:t>
            </w:r>
          </w:p>
        </w:tc>
        <w:tc>
          <w:tcPr>
            <w:tcW w:w="3268" w:type="dxa"/>
          </w:tcPr>
          <w:p w14:paraId="21826096" w14:textId="77777777" w:rsidR="005046D8" w:rsidRPr="005046D8" w:rsidRDefault="005046D8">
            <w:pPr>
              <w:rPr>
                <w:b/>
                <w:bCs/>
                <w:color w:val="auto"/>
              </w:rPr>
            </w:pPr>
          </w:p>
        </w:tc>
      </w:tr>
      <w:tr w:rsidR="005046D8" w:rsidRPr="005046D8" w14:paraId="71634293" w14:textId="77777777" w:rsidTr="005046D8">
        <w:tc>
          <w:tcPr>
            <w:tcW w:w="2764" w:type="dxa"/>
          </w:tcPr>
          <w:p w14:paraId="63CD07C2" w14:textId="5B429195" w:rsidR="005046D8" w:rsidRPr="005046D8" w:rsidRDefault="005046D8">
            <w:pPr>
              <w:rPr>
                <w:color w:val="auto"/>
              </w:rPr>
            </w:pPr>
            <w:r w:rsidRPr="005046D8">
              <w:rPr>
                <w:color w:val="auto"/>
              </w:rPr>
              <w:t xml:space="preserve">Medio </w:t>
            </w:r>
          </w:p>
        </w:tc>
        <w:tc>
          <w:tcPr>
            <w:tcW w:w="3771" w:type="dxa"/>
          </w:tcPr>
          <w:p w14:paraId="4BAF8E8B" w14:textId="2CEB53CB" w:rsidR="005046D8" w:rsidRPr="005046D8" w:rsidRDefault="005046D8">
            <w:pPr>
              <w:rPr>
                <w:color w:val="auto"/>
              </w:rPr>
            </w:pPr>
            <w:r w:rsidRPr="005046D8">
              <w:rPr>
                <w:color w:val="auto"/>
              </w:rPr>
              <w:t xml:space="preserve">Tranquilla </w:t>
            </w:r>
          </w:p>
        </w:tc>
        <w:tc>
          <w:tcPr>
            <w:tcW w:w="3268" w:type="dxa"/>
          </w:tcPr>
          <w:p w14:paraId="28FC4802" w14:textId="77777777" w:rsidR="005046D8" w:rsidRPr="005046D8" w:rsidRDefault="005046D8">
            <w:pPr>
              <w:rPr>
                <w:b/>
                <w:bCs/>
                <w:color w:val="auto"/>
              </w:rPr>
            </w:pPr>
          </w:p>
        </w:tc>
      </w:tr>
      <w:tr w:rsidR="005046D8" w:rsidRPr="005046D8" w14:paraId="11AA02D2" w14:textId="77777777" w:rsidTr="005046D8">
        <w:tc>
          <w:tcPr>
            <w:tcW w:w="2764" w:type="dxa"/>
          </w:tcPr>
          <w:p w14:paraId="07FDF70B" w14:textId="393A6EED" w:rsidR="005046D8" w:rsidRPr="005046D8" w:rsidRDefault="005046D8">
            <w:pPr>
              <w:rPr>
                <w:color w:val="auto"/>
              </w:rPr>
            </w:pPr>
            <w:r w:rsidRPr="005046D8">
              <w:rPr>
                <w:color w:val="auto"/>
              </w:rPr>
              <w:t>Medio-basso</w:t>
            </w:r>
          </w:p>
        </w:tc>
        <w:tc>
          <w:tcPr>
            <w:tcW w:w="3771" w:type="dxa"/>
          </w:tcPr>
          <w:p w14:paraId="34FB1B5E" w14:textId="53BDD1E4" w:rsidR="005046D8" w:rsidRPr="005046D8" w:rsidRDefault="005046D8">
            <w:pPr>
              <w:rPr>
                <w:color w:val="auto"/>
              </w:rPr>
            </w:pPr>
            <w:r w:rsidRPr="005046D8">
              <w:rPr>
                <w:color w:val="auto"/>
              </w:rPr>
              <w:t xml:space="preserve">Collaborative </w:t>
            </w:r>
          </w:p>
        </w:tc>
        <w:tc>
          <w:tcPr>
            <w:tcW w:w="3268" w:type="dxa"/>
          </w:tcPr>
          <w:p w14:paraId="2055ABBC" w14:textId="77777777" w:rsidR="005046D8" w:rsidRPr="005046D8" w:rsidRDefault="005046D8">
            <w:pPr>
              <w:rPr>
                <w:b/>
                <w:bCs/>
                <w:color w:val="auto"/>
              </w:rPr>
            </w:pPr>
          </w:p>
        </w:tc>
      </w:tr>
      <w:tr w:rsidR="005046D8" w:rsidRPr="005046D8" w14:paraId="234C666D" w14:textId="77777777" w:rsidTr="005046D8">
        <w:tc>
          <w:tcPr>
            <w:tcW w:w="2764" w:type="dxa"/>
          </w:tcPr>
          <w:p w14:paraId="423AFC9E" w14:textId="0008834E" w:rsidR="005046D8" w:rsidRPr="005046D8" w:rsidRDefault="005046D8">
            <w:pPr>
              <w:rPr>
                <w:color w:val="auto"/>
              </w:rPr>
            </w:pPr>
            <w:r w:rsidRPr="005046D8">
              <w:rPr>
                <w:color w:val="auto"/>
              </w:rPr>
              <w:t xml:space="preserve">Basso </w:t>
            </w:r>
          </w:p>
        </w:tc>
        <w:tc>
          <w:tcPr>
            <w:tcW w:w="3771" w:type="dxa"/>
          </w:tcPr>
          <w:p w14:paraId="6BFA1A6E" w14:textId="130E4C01" w:rsidR="005046D8" w:rsidRPr="005046D8" w:rsidRDefault="005046D8">
            <w:pPr>
              <w:rPr>
                <w:color w:val="auto"/>
              </w:rPr>
            </w:pPr>
            <w:proofErr w:type="spellStart"/>
            <w:r w:rsidRPr="005046D8">
              <w:rPr>
                <w:color w:val="auto"/>
              </w:rPr>
              <w:t>Passiv</w:t>
            </w:r>
            <w:r>
              <w:rPr>
                <w:color w:val="auto"/>
              </w:rPr>
              <w:t>a</w:t>
            </w:r>
            <w:proofErr w:type="spellEnd"/>
            <w:r w:rsidRPr="005046D8">
              <w:rPr>
                <w:color w:val="auto"/>
              </w:rPr>
              <w:t xml:space="preserve"> </w:t>
            </w:r>
          </w:p>
        </w:tc>
        <w:tc>
          <w:tcPr>
            <w:tcW w:w="3268" w:type="dxa"/>
          </w:tcPr>
          <w:p w14:paraId="74D4D06A" w14:textId="77777777" w:rsidR="005046D8" w:rsidRPr="005046D8" w:rsidRDefault="005046D8">
            <w:pPr>
              <w:rPr>
                <w:b/>
                <w:bCs/>
                <w:color w:val="auto"/>
              </w:rPr>
            </w:pPr>
          </w:p>
        </w:tc>
      </w:tr>
      <w:tr w:rsidR="005046D8" w:rsidRPr="005046D8" w14:paraId="56A6D5CA" w14:textId="77777777" w:rsidTr="005046D8">
        <w:tc>
          <w:tcPr>
            <w:tcW w:w="2764" w:type="dxa"/>
          </w:tcPr>
          <w:p w14:paraId="6C700559" w14:textId="77777777" w:rsidR="005046D8" w:rsidRPr="005046D8" w:rsidRDefault="005046D8">
            <w:pPr>
              <w:rPr>
                <w:color w:val="auto"/>
              </w:rPr>
            </w:pPr>
          </w:p>
        </w:tc>
        <w:tc>
          <w:tcPr>
            <w:tcW w:w="3771" w:type="dxa"/>
          </w:tcPr>
          <w:p w14:paraId="208A2510" w14:textId="0A11674A" w:rsidR="005046D8" w:rsidRPr="005046D8" w:rsidRDefault="005046D8">
            <w:pPr>
              <w:rPr>
                <w:color w:val="auto"/>
              </w:rPr>
            </w:pPr>
            <w:proofErr w:type="spellStart"/>
            <w:r>
              <w:rPr>
                <w:color w:val="auto"/>
              </w:rPr>
              <w:t>Problematica</w:t>
            </w:r>
            <w:proofErr w:type="spellEnd"/>
            <w:r>
              <w:rPr>
                <w:color w:val="auto"/>
              </w:rPr>
              <w:t xml:space="preserve"> </w:t>
            </w:r>
          </w:p>
        </w:tc>
        <w:tc>
          <w:tcPr>
            <w:tcW w:w="3268" w:type="dxa"/>
          </w:tcPr>
          <w:p w14:paraId="6EBCA8DB" w14:textId="77777777" w:rsidR="005046D8" w:rsidRPr="005046D8" w:rsidRDefault="005046D8">
            <w:pPr>
              <w:rPr>
                <w:b/>
                <w:bCs/>
                <w:color w:val="auto"/>
              </w:rPr>
            </w:pPr>
          </w:p>
        </w:tc>
      </w:tr>
    </w:tbl>
    <w:p w14:paraId="39E53C45" w14:textId="55700677" w:rsidR="00555AE7" w:rsidRPr="00CA1D4D" w:rsidRDefault="00555AE7">
      <w:pPr>
        <w:rPr>
          <w:b/>
          <w:bCs/>
        </w:rPr>
      </w:pPr>
    </w:p>
    <w:p w14:paraId="7ED82196" w14:textId="26867D8F" w:rsidR="00555AE7" w:rsidRDefault="00555AE7" w:rsidP="00555AE7">
      <w:pPr>
        <w:rPr>
          <w:color w:val="auto"/>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843"/>
        <w:gridCol w:w="3118"/>
      </w:tblGrid>
      <w:tr w:rsidR="00215A78" w:rsidRPr="00A65077" w14:paraId="063DD8B8" w14:textId="77777777" w:rsidTr="005046D8">
        <w:trPr>
          <w:trHeight w:val="359"/>
        </w:trPr>
        <w:tc>
          <w:tcPr>
            <w:tcW w:w="4820" w:type="dxa"/>
          </w:tcPr>
          <w:p w14:paraId="207303E7" w14:textId="77777777" w:rsidR="00215A78" w:rsidRPr="00215A78" w:rsidRDefault="00215A78" w:rsidP="00D31909">
            <w:pPr>
              <w:pStyle w:val="Titolo3"/>
              <w:jc w:val="center"/>
              <w:rPr>
                <w:rFonts w:asciiTheme="minorHAnsi" w:hAnsiTheme="minorHAnsi" w:cstheme="minorHAnsi"/>
                <w:bCs w:val="0"/>
                <w:sz w:val="22"/>
              </w:rPr>
            </w:pPr>
            <w:r w:rsidRPr="00215A78">
              <w:rPr>
                <w:rFonts w:asciiTheme="minorHAnsi" w:hAnsiTheme="minorHAnsi" w:cstheme="minorHAnsi"/>
                <w:bCs w:val="0"/>
                <w:color w:val="auto"/>
                <w:sz w:val="22"/>
              </w:rPr>
              <w:lastRenderedPageBreak/>
              <w:t xml:space="preserve">FASCE DI LIVELLO COGNITIVO </w:t>
            </w:r>
          </w:p>
        </w:tc>
        <w:tc>
          <w:tcPr>
            <w:tcW w:w="1843" w:type="dxa"/>
          </w:tcPr>
          <w:p w14:paraId="776986F6" w14:textId="77777777" w:rsidR="00215A78" w:rsidRPr="00A65077" w:rsidRDefault="00215A78" w:rsidP="00D31909"/>
        </w:tc>
        <w:tc>
          <w:tcPr>
            <w:tcW w:w="3118" w:type="dxa"/>
          </w:tcPr>
          <w:p w14:paraId="266B879A" w14:textId="77777777" w:rsidR="00215A78" w:rsidRPr="00A65077" w:rsidRDefault="00215A78" w:rsidP="00D31909"/>
        </w:tc>
      </w:tr>
      <w:tr w:rsidR="00215A78" w:rsidRPr="00A65077" w14:paraId="47BF61C4" w14:textId="77777777" w:rsidTr="005046D8">
        <w:trPr>
          <w:trHeight w:val="1167"/>
        </w:trPr>
        <w:tc>
          <w:tcPr>
            <w:tcW w:w="4820" w:type="dxa"/>
          </w:tcPr>
          <w:p w14:paraId="0DAFC00C" w14:textId="77777777" w:rsidR="00215A78" w:rsidRPr="00A65077" w:rsidRDefault="00215A78" w:rsidP="00D31909">
            <w:pPr>
              <w:spacing w:line="276" w:lineRule="auto"/>
              <w:jc w:val="both"/>
            </w:pPr>
            <w:r w:rsidRPr="00691C9D">
              <w:rPr>
                <w:rFonts w:eastAsia="Arial"/>
                <w:b/>
              </w:rPr>
              <w:t>Fascia A (</w:t>
            </w:r>
            <w:proofErr w:type="spellStart"/>
            <w:r w:rsidRPr="00691C9D">
              <w:rPr>
                <w:rFonts w:eastAsia="Arial"/>
                <w:b/>
              </w:rPr>
              <w:t>alta</w:t>
            </w:r>
            <w:proofErr w:type="spellEnd"/>
            <w:r w:rsidRPr="00691C9D">
              <w:rPr>
                <w:rFonts w:eastAsia="Arial"/>
                <w:b/>
              </w:rPr>
              <w:t xml:space="preserve"> 9-10):</w:t>
            </w:r>
            <w:r w:rsidRPr="00A65077">
              <w:t xml:space="preserve"> </w:t>
            </w:r>
            <w:proofErr w:type="spellStart"/>
            <w:r w:rsidRPr="00A65077">
              <w:t>alunni</w:t>
            </w:r>
            <w:proofErr w:type="spellEnd"/>
            <w:r w:rsidRPr="00A65077">
              <w:t xml:space="preserve"> </w:t>
            </w:r>
            <w:proofErr w:type="spellStart"/>
            <w:r w:rsidRPr="00A65077">
              <w:t>che</w:t>
            </w:r>
            <w:proofErr w:type="spellEnd"/>
            <w:r w:rsidRPr="00A65077">
              <w:t xml:space="preserve"> </w:t>
            </w:r>
            <w:proofErr w:type="spellStart"/>
            <w:r w:rsidRPr="00A65077">
              <w:t>dalle</w:t>
            </w:r>
            <w:proofErr w:type="spellEnd"/>
            <w:r w:rsidRPr="00A65077">
              <w:t xml:space="preserve"> prove di </w:t>
            </w:r>
            <w:proofErr w:type="spellStart"/>
            <w:r w:rsidRPr="00A65077">
              <w:t>ingresso</w:t>
            </w:r>
            <w:proofErr w:type="spellEnd"/>
            <w:r w:rsidRPr="00A65077">
              <w:t xml:space="preserve">, </w:t>
            </w:r>
            <w:proofErr w:type="spellStart"/>
            <w:r w:rsidRPr="00A65077">
              <w:t>osservazioni</w:t>
            </w:r>
            <w:proofErr w:type="spellEnd"/>
            <w:r w:rsidRPr="00A65077">
              <w:t xml:space="preserve"> </w:t>
            </w:r>
            <w:proofErr w:type="spellStart"/>
            <w:r w:rsidRPr="00A65077">
              <w:t>sistematiche</w:t>
            </w:r>
            <w:proofErr w:type="spellEnd"/>
            <w:r w:rsidRPr="00A65077">
              <w:t xml:space="preserve">, </w:t>
            </w:r>
            <w:proofErr w:type="spellStart"/>
            <w:r w:rsidRPr="00A65077">
              <w:t>ecc</w:t>
            </w:r>
            <w:proofErr w:type="spellEnd"/>
            <w:r w:rsidRPr="00A65077">
              <w:t xml:space="preserve">. </w:t>
            </w:r>
            <w:proofErr w:type="spellStart"/>
            <w:r w:rsidRPr="00A65077">
              <w:t>risultano</w:t>
            </w:r>
            <w:proofErr w:type="spellEnd"/>
            <w:r w:rsidRPr="00A65077">
              <w:t xml:space="preserve"> </w:t>
            </w:r>
            <w:proofErr w:type="spellStart"/>
            <w:r w:rsidRPr="00A65077">
              <w:t>avere</w:t>
            </w:r>
            <w:proofErr w:type="spellEnd"/>
            <w:r w:rsidRPr="00A65077">
              <w:t xml:space="preserve"> </w:t>
            </w:r>
            <w:proofErr w:type="spellStart"/>
            <w:r w:rsidRPr="00A65077">
              <w:t>un’ottima</w:t>
            </w:r>
            <w:proofErr w:type="spellEnd"/>
            <w:r w:rsidRPr="00A65077">
              <w:t xml:space="preserve"> </w:t>
            </w:r>
            <w:proofErr w:type="spellStart"/>
            <w:r w:rsidRPr="00A65077">
              <w:t>comprensione</w:t>
            </w:r>
            <w:proofErr w:type="spellEnd"/>
            <w:r w:rsidRPr="00A65077">
              <w:t>/</w:t>
            </w:r>
            <w:proofErr w:type="spellStart"/>
            <w:r w:rsidRPr="00A65077">
              <w:t>produzione</w:t>
            </w:r>
            <w:proofErr w:type="spellEnd"/>
            <w:r w:rsidRPr="00A65077">
              <w:t xml:space="preserve"> </w:t>
            </w:r>
            <w:proofErr w:type="spellStart"/>
            <w:r w:rsidRPr="00A65077">
              <w:t>orale</w:t>
            </w:r>
            <w:proofErr w:type="spellEnd"/>
            <w:r w:rsidRPr="00A65077">
              <w:t xml:space="preserve"> e </w:t>
            </w:r>
            <w:proofErr w:type="spellStart"/>
            <w:r w:rsidRPr="00A65077">
              <w:t>scritta</w:t>
            </w:r>
            <w:proofErr w:type="spellEnd"/>
            <w:r w:rsidRPr="00A65077">
              <w:t xml:space="preserve"> </w:t>
            </w:r>
            <w:proofErr w:type="spellStart"/>
            <w:r w:rsidRPr="00A65077">
              <w:t>globale</w:t>
            </w:r>
            <w:proofErr w:type="spellEnd"/>
            <w:r w:rsidRPr="00A65077">
              <w:t xml:space="preserve">; </w:t>
            </w:r>
            <w:proofErr w:type="spellStart"/>
            <w:r w:rsidRPr="00A65077">
              <w:t>approccio</w:t>
            </w:r>
            <w:proofErr w:type="spellEnd"/>
            <w:r w:rsidRPr="00A65077">
              <w:t xml:space="preserve"> alla </w:t>
            </w:r>
            <w:proofErr w:type="spellStart"/>
            <w:r w:rsidRPr="00A65077">
              <w:t>scrittura</w:t>
            </w:r>
            <w:proofErr w:type="spellEnd"/>
            <w:r w:rsidRPr="00A65077">
              <w:t xml:space="preserve"> </w:t>
            </w:r>
            <w:proofErr w:type="spellStart"/>
            <w:r w:rsidRPr="00A65077">
              <w:t>creativa</w:t>
            </w:r>
            <w:proofErr w:type="spellEnd"/>
            <w:r w:rsidRPr="00A65077">
              <w:t xml:space="preserve">; </w:t>
            </w:r>
            <w:proofErr w:type="spellStart"/>
            <w:r w:rsidRPr="00A65077">
              <w:t>ottime</w:t>
            </w:r>
            <w:proofErr w:type="spellEnd"/>
            <w:r w:rsidRPr="00A65077">
              <w:t xml:space="preserve"> </w:t>
            </w:r>
            <w:proofErr w:type="spellStart"/>
            <w:r w:rsidRPr="00A65077">
              <w:t>abilità</w:t>
            </w:r>
            <w:proofErr w:type="spellEnd"/>
            <w:r w:rsidRPr="00A65077">
              <w:t xml:space="preserve"> </w:t>
            </w:r>
            <w:proofErr w:type="spellStart"/>
            <w:r w:rsidRPr="00A65077">
              <w:t>fonetico-articolatorie</w:t>
            </w:r>
            <w:proofErr w:type="spellEnd"/>
            <w:r w:rsidRPr="00A65077">
              <w:t xml:space="preserve">. </w:t>
            </w:r>
          </w:p>
          <w:p w14:paraId="2A673E7D" w14:textId="77777777" w:rsidR="00215A78" w:rsidRPr="00A65077" w:rsidRDefault="00215A78" w:rsidP="00D31909">
            <w:pPr>
              <w:jc w:val="both"/>
            </w:pPr>
          </w:p>
        </w:tc>
        <w:tc>
          <w:tcPr>
            <w:tcW w:w="1843" w:type="dxa"/>
          </w:tcPr>
          <w:p w14:paraId="6179DA69" w14:textId="77777777" w:rsidR="00691C9D" w:rsidRDefault="00691C9D" w:rsidP="00691C9D">
            <w:pPr>
              <w:jc w:val="center"/>
            </w:pPr>
          </w:p>
          <w:p w14:paraId="55D508BE" w14:textId="72271C69" w:rsidR="00215A78" w:rsidRPr="00A65077" w:rsidRDefault="00215A78" w:rsidP="00691C9D">
            <w:pPr>
              <w:jc w:val="center"/>
            </w:pPr>
            <w:proofErr w:type="spellStart"/>
            <w:r w:rsidRPr="00A65077">
              <w:t>Potenziamento</w:t>
            </w:r>
            <w:proofErr w:type="spellEnd"/>
            <w:r w:rsidRPr="00A65077">
              <w:t>/</w:t>
            </w:r>
            <w:r w:rsidR="00691C9D">
              <w:t xml:space="preserve"> </w:t>
            </w:r>
            <w:proofErr w:type="spellStart"/>
            <w:r w:rsidRPr="00A65077">
              <w:t>Ampliamento</w:t>
            </w:r>
            <w:proofErr w:type="spellEnd"/>
          </w:p>
          <w:p w14:paraId="68BD37DD" w14:textId="77777777" w:rsidR="00215A78" w:rsidRPr="00A65077" w:rsidRDefault="00215A78" w:rsidP="00D31909"/>
        </w:tc>
        <w:tc>
          <w:tcPr>
            <w:tcW w:w="3118" w:type="dxa"/>
          </w:tcPr>
          <w:p w14:paraId="3E150721" w14:textId="77777777" w:rsidR="00215A78" w:rsidRPr="00A65077" w:rsidRDefault="00215A78" w:rsidP="00D31909"/>
        </w:tc>
      </w:tr>
      <w:tr w:rsidR="00215A78" w:rsidRPr="00A65077" w14:paraId="6208597F" w14:textId="77777777" w:rsidTr="005046D8">
        <w:trPr>
          <w:trHeight w:val="696"/>
        </w:trPr>
        <w:tc>
          <w:tcPr>
            <w:tcW w:w="4820" w:type="dxa"/>
          </w:tcPr>
          <w:p w14:paraId="141681CF" w14:textId="77777777" w:rsidR="00215A78" w:rsidRPr="00A65077" w:rsidRDefault="00215A78" w:rsidP="00D31909">
            <w:pPr>
              <w:spacing w:line="276" w:lineRule="auto"/>
              <w:jc w:val="both"/>
            </w:pPr>
            <w:r w:rsidRPr="00691C9D">
              <w:rPr>
                <w:rFonts w:eastAsia="Arial"/>
                <w:b/>
              </w:rPr>
              <w:t>Fascia B (medio-</w:t>
            </w:r>
            <w:proofErr w:type="spellStart"/>
            <w:r w:rsidRPr="00691C9D">
              <w:rPr>
                <w:rFonts w:eastAsia="Arial"/>
                <w:b/>
              </w:rPr>
              <w:t>alta</w:t>
            </w:r>
            <w:proofErr w:type="spellEnd"/>
            <w:r w:rsidRPr="00691C9D">
              <w:rPr>
                <w:rFonts w:eastAsia="Arial"/>
                <w:b/>
              </w:rPr>
              <w:t xml:space="preserve"> 7- 8):</w:t>
            </w:r>
            <w:r w:rsidRPr="00A65077">
              <w:rPr>
                <w:rFonts w:eastAsia="Arial"/>
              </w:rPr>
              <w:t xml:space="preserve"> </w:t>
            </w:r>
            <w:proofErr w:type="spellStart"/>
            <w:r w:rsidRPr="00A65077">
              <w:rPr>
                <w:rFonts w:eastAsia="Arial"/>
              </w:rPr>
              <w:t>alunni</w:t>
            </w:r>
            <w:proofErr w:type="spellEnd"/>
            <w:r w:rsidRPr="00A65077">
              <w:rPr>
                <w:rFonts w:eastAsia="Arial"/>
              </w:rPr>
              <w:t xml:space="preserve"> </w:t>
            </w:r>
            <w:proofErr w:type="spellStart"/>
            <w:r w:rsidRPr="00A65077">
              <w:rPr>
                <w:rFonts w:eastAsia="Arial"/>
              </w:rPr>
              <w:t>che</w:t>
            </w:r>
            <w:proofErr w:type="spellEnd"/>
            <w:r w:rsidRPr="00A65077">
              <w:rPr>
                <w:rFonts w:eastAsia="Arial"/>
              </w:rPr>
              <w:t xml:space="preserve"> </w:t>
            </w:r>
            <w:proofErr w:type="spellStart"/>
            <w:r w:rsidRPr="00A65077">
              <w:t>dalle</w:t>
            </w:r>
            <w:proofErr w:type="spellEnd"/>
            <w:r w:rsidRPr="00A65077">
              <w:t xml:space="preserve"> prove di </w:t>
            </w:r>
            <w:proofErr w:type="spellStart"/>
            <w:r w:rsidRPr="00A65077">
              <w:t>ingresso</w:t>
            </w:r>
            <w:proofErr w:type="spellEnd"/>
            <w:r w:rsidRPr="00A65077">
              <w:t xml:space="preserve">, </w:t>
            </w:r>
            <w:proofErr w:type="spellStart"/>
            <w:r w:rsidRPr="00A65077">
              <w:t>osservazioni</w:t>
            </w:r>
            <w:proofErr w:type="spellEnd"/>
            <w:r w:rsidRPr="00A65077">
              <w:t xml:space="preserve"> </w:t>
            </w:r>
            <w:proofErr w:type="spellStart"/>
            <w:r w:rsidRPr="00A65077">
              <w:t>sistematiche</w:t>
            </w:r>
            <w:proofErr w:type="spellEnd"/>
            <w:r w:rsidRPr="00A65077">
              <w:t xml:space="preserve">, </w:t>
            </w:r>
            <w:proofErr w:type="spellStart"/>
            <w:r w:rsidRPr="00A65077">
              <w:t>ecc</w:t>
            </w:r>
            <w:proofErr w:type="spellEnd"/>
            <w:r w:rsidRPr="00A65077">
              <w:t xml:space="preserve">. </w:t>
            </w:r>
            <w:proofErr w:type="spellStart"/>
            <w:r w:rsidRPr="00A65077">
              <w:t>risultano</w:t>
            </w:r>
            <w:proofErr w:type="spellEnd"/>
            <w:r w:rsidRPr="00A65077">
              <w:t xml:space="preserve"> </w:t>
            </w:r>
            <w:proofErr w:type="spellStart"/>
            <w:r w:rsidRPr="00A65077">
              <w:t>avere</w:t>
            </w:r>
            <w:proofErr w:type="spellEnd"/>
            <w:r w:rsidRPr="00A65077">
              <w:rPr>
                <w:rFonts w:eastAsia="Arial"/>
              </w:rPr>
              <w:t xml:space="preserve"> </w:t>
            </w:r>
            <w:proofErr w:type="spellStart"/>
            <w:r w:rsidRPr="00A65077">
              <w:t>buone</w:t>
            </w:r>
            <w:proofErr w:type="spellEnd"/>
            <w:r w:rsidRPr="00A65077">
              <w:t xml:space="preserve"> </w:t>
            </w:r>
            <w:proofErr w:type="spellStart"/>
            <w:r w:rsidRPr="00A65077">
              <w:t>abilità</w:t>
            </w:r>
            <w:proofErr w:type="spellEnd"/>
            <w:r w:rsidRPr="00A65077">
              <w:t xml:space="preserve"> </w:t>
            </w:r>
            <w:proofErr w:type="spellStart"/>
            <w:r w:rsidRPr="00A65077">
              <w:t>fonetico-articolatorie</w:t>
            </w:r>
            <w:proofErr w:type="spellEnd"/>
            <w:r w:rsidRPr="00A65077">
              <w:t xml:space="preserve"> e </w:t>
            </w:r>
            <w:proofErr w:type="spellStart"/>
            <w:r w:rsidRPr="00A65077">
              <w:t>competenze</w:t>
            </w:r>
            <w:proofErr w:type="spellEnd"/>
            <w:r w:rsidRPr="00A65077">
              <w:t xml:space="preserve"> </w:t>
            </w:r>
            <w:proofErr w:type="spellStart"/>
            <w:r w:rsidRPr="00A65077">
              <w:t>adeguate</w:t>
            </w:r>
            <w:proofErr w:type="spellEnd"/>
            <w:r w:rsidRPr="00A65077">
              <w:t xml:space="preserve"> di </w:t>
            </w:r>
            <w:proofErr w:type="spellStart"/>
            <w:r w:rsidRPr="00A65077">
              <w:t>interazione</w:t>
            </w:r>
            <w:proofErr w:type="spellEnd"/>
            <w:r w:rsidRPr="00A65077">
              <w:t xml:space="preserve"> </w:t>
            </w:r>
            <w:proofErr w:type="spellStart"/>
            <w:r w:rsidRPr="00A65077">
              <w:t>orale</w:t>
            </w:r>
            <w:proofErr w:type="spellEnd"/>
            <w:r w:rsidRPr="00A65077">
              <w:t>.</w:t>
            </w:r>
          </w:p>
          <w:p w14:paraId="3E7EA15D" w14:textId="77777777" w:rsidR="00215A78" w:rsidRPr="00A65077" w:rsidRDefault="00215A78" w:rsidP="00D31909"/>
        </w:tc>
        <w:tc>
          <w:tcPr>
            <w:tcW w:w="1843" w:type="dxa"/>
          </w:tcPr>
          <w:p w14:paraId="57569FF5" w14:textId="77777777" w:rsidR="00691C9D" w:rsidRDefault="00691C9D" w:rsidP="00D31909"/>
          <w:p w14:paraId="1B014B59" w14:textId="1ABCC823" w:rsidR="00215A78" w:rsidRPr="00A65077" w:rsidRDefault="00215A78" w:rsidP="00D31909">
            <w:proofErr w:type="spellStart"/>
            <w:r w:rsidRPr="00A65077">
              <w:t>Consolidamento</w:t>
            </w:r>
            <w:proofErr w:type="spellEnd"/>
            <w:r w:rsidRPr="00A65077">
              <w:t>/</w:t>
            </w:r>
            <w:proofErr w:type="spellStart"/>
            <w:r w:rsidRPr="00A65077">
              <w:t>Potenziamento</w:t>
            </w:r>
            <w:proofErr w:type="spellEnd"/>
          </w:p>
          <w:p w14:paraId="1BB451A7" w14:textId="77777777" w:rsidR="00215A78" w:rsidRPr="00A65077" w:rsidRDefault="00215A78" w:rsidP="00D31909"/>
        </w:tc>
        <w:tc>
          <w:tcPr>
            <w:tcW w:w="3118" w:type="dxa"/>
          </w:tcPr>
          <w:p w14:paraId="6FAD2F9C" w14:textId="77777777" w:rsidR="00215A78" w:rsidRPr="00A65077" w:rsidRDefault="00215A78" w:rsidP="00D31909">
            <w:pPr>
              <w:jc w:val="center"/>
            </w:pPr>
          </w:p>
        </w:tc>
      </w:tr>
      <w:tr w:rsidR="00215A78" w:rsidRPr="00A65077" w14:paraId="4D196776" w14:textId="77777777" w:rsidTr="005046D8">
        <w:trPr>
          <w:trHeight w:val="783"/>
        </w:trPr>
        <w:tc>
          <w:tcPr>
            <w:tcW w:w="4820" w:type="dxa"/>
          </w:tcPr>
          <w:p w14:paraId="755E57A4" w14:textId="77777777" w:rsidR="00215A78" w:rsidRPr="00A65077" w:rsidRDefault="00215A78" w:rsidP="00D31909">
            <w:r w:rsidRPr="00691C9D">
              <w:rPr>
                <w:rFonts w:eastAsia="Arial"/>
                <w:b/>
              </w:rPr>
              <w:t>Fascia C (medio 6):</w:t>
            </w:r>
            <w:r w:rsidRPr="00A65077">
              <w:rPr>
                <w:rFonts w:eastAsia="Arial"/>
              </w:rPr>
              <w:t xml:space="preserve"> </w:t>
            </w:r>
            <w:proofErr w:type="spellStart"/>
            <w:r w:rsidRPr="00A65077">
              <w:rPr>
                <w:rFonts w:eastAsia="Arial"/>
              </w:rPr>
              <w:t>alunni</w:t>
            </w:r>
            <w:proofErr w:type="spellEnd"/>
            <w:r w:rsidRPr="00A65077">
              <w:rPr>
                <w:rFonts w:eastAsia="Arial"/>
              </w:rPr>
              <w:t xml:space="preserve"> </w:t>
            </w:r>
            <w:proofErr w:type="spellStart"/>
            <w:r w:rsidRPr="00A65077">
              <w:rPr>
                <w:rFonts w:eastAsia="Arial"/>
              </w:rPr>
              <w:t>che</w:t>
            </w:r>
            <w:proofErr w:type="spellEnd"/>
            <w:r w:rsidRPr="00A65077">
              <w:rPr>
                <w:rFonts w:eastAsia="Arial"/>
              </w:rPr>
              <w:t xml:space="preserve"> </w:t>
            </w:r>
            <w:proofErr w:type="spellStart"/>
            <w:r w:rsidRPr="00A65077">
              <w:t>dalle</w:t>
            </w:r>
            <w:proofErr w:type="spellEnd"/>
            <w:r w:rsidRPr="00A65077">
              <w:t xml:space="preserve"> prove di </w:t>
            </w:r>
            <w:proofErr w:type="spellStart"/>
            <w:r w:rsidRPr="00A65077">
              <w:t>ingresso</w:t>
            </w:r>
            <w:proofErr w:type="spellEnd"/>
            <w:r w:rsidRPr="00A65077">
              <w:t xml:space="preserve">, </w:t>
            </w:r>
            <w:proofErr w:type="spellStart"/>
            <w:r w:rsidRPr="00A65077">
              <w:t>osservazioni</w:t>
            </w:r>
            <w:proofErr w:type="spellEnd"/>
            <w:r w:rsidRPr="00A65077">
              <w:t xml:space="preserve"> </w:t>
            </w:r>
            <w:proofErr w:type="spellStart"/>
            <w:r w:rsidRPr="00A65077">
              <w:t>sistematiche</w:t>
            </w:r>
            <w:proofErr w:type="spellEnd"/>
            <w:r w:rsidRPr="00A65077">
              <w:t xml:space="preserve">, </w:t>
            </w:r>
            <w:proofErr w:type="spellStart"/>
            <w:r w:rsidRPr="00A65077">
              <w:t>ecc</w:t>
            </w:r>
            <w:proofErr w:type="spellEnd"/>
            <w:r w:rsidRPr="00A65077">
              <w:t xml:space="preserve">. </w:t>
            </w:r>
            <w:proofErr w:type="spellStart"/>
            <w:r w:rsidRPr="00A65077">
              <w:t>risultano</w:t>
            </w:r>
            <w:proofErr w:type="spellEnd"/>
            <w:r w:rsidRPr="00A65077">
              <w:t xml:space="preserve"> </w:t>
            </w:r>
            <w:proofErr w:type="spellStart"/>
            <w:proofErr w:type="gramStart"/>
            <w:r w:rsidRPr="00A65077">
              <w:t>avere</w:t>
            </w:r>
            <w:proofErr w:type="spellEnd"/>
            <w:r w:rsidRPr="00A65077">
              <w:rPr>
                <w:rFonts w:eastAsia="Arial"/>
              </w:rPr>
              <w:t xml:space="preserve">  </w:t>
            </w:r>
            <w:proofErr w:type="spellStart"/>
            <w:r w:rsidRPr="00A65077">
              <w:rPr>
                <w:rFonts w:eastAsia="Arial"/>
              </w:rPr>
              <w:t>una</w:t>
            </w:r>
            <w:proofErr w:type="spellEnd"/>
            <w:proofErr w:type="gramEnd"/>
            <w:r w:rsidRPr="00A65077">
              <w:rPr>
                <w:rFonts w:eastAsia="Arial"/>
              </w:rPr>
              <w:t xml:space="preserve"> </w:t>
            </w:r>
            <w:proofErr w:type="spellStart"/>
            <w:r w:rsidRPr="00A65077">
              <w:rPr>
                <w:rFonts w:eastAsia="Arial"/>
              </w:rPr>
              <w:t>preparazione</w:t>
            </w:r>
            <w:proofErr w:type="spellEnd"/>
            <w:r w:rsidRPr="00A65077">
              <w:rPr>
                <w:rFonts w:eastAsia="Arial"/>
              </w:rPr>
              <w:t xml:space="preserve"> di base </w:t>
            </w:r>
            <w:proofErr w:type="spellStart"/>
            <w:r w:rsidRPr="00A65077">
              <w:rPr>
                <w:rFonts w:eastAsia="Arial"/>
              </w:rPr>
              <w:t>accettabile</w:t>
            </w:r>
            <w:proofErr w:type="spellEnd"/>
            <w:r w:rsidRPr="00A65077">
              <w:rPr>
                <w:rFonts w:eastAsia="Arial"/>
              </w:rPr>
              <w:t xml:space="preserve">   ma </w:t>
            </w:r>
            <w:proofErr w:type="spellStart"/>
            <w:r w:rsidRPr="00A65077">
              <w:rPr>
                <w:rFonts w:eastAsia="Arial"/>
              </w:rPr>
              <w:t>impegno</w:t>
            </w:r>
            <w:proofErr w:type="spellEnd"/>
            <w:r w:rsidRPr="00A65077">
              <w:rPr>
                <w:rFonts w:eastAsia="Arial"/>
              </w:rPr>
              <w:t xml:space="preserve"> ed interesse non sempre </w:t>
            </w:r>
            <w:proofErr w:type="spellStart"/>
            <w:r w:rsidRPr="00A65077">
              <w:rPr>
                <w:rFonts w:eastAsia="Arial"/>
              </w:rPr>
              <w:t>costanti</w:t>
            </w:r>
            <w:proofErr w:type="spellEnd"/>
            <w:r w:rsidRPr="00A65077">
              <w:rPr>
                <w:rFonts w:eastAsia="Arial"/>
              </w:rPr>
              <w:t xml:space="preserve"> per cui</w:t>
            </w:r>
            <w:r w:rsidRPr="00A65077">
              <w:t xml:space="preserve"> </w:t>
            </w:r>
            <w:proofErr w:type="spellStart"/>
            <w:r w:rsidRPr="00A65077">
              <w:t>risultano</w:t>
            </w:r>
            <w:proofErr w:type="spellEnd"/>
            <w:r w:rsidRPr="00A65077">
              <w:t xml:space="preserve"> </w:t>
            </w:r>
            <w:proofErr w:type="spellStart"/>
            <w:r w:rsidRPr="00A65077">
              <w:t>raggiungere</w:t>
            </w:r>
            <w:proofErr w:type="spellEnd"/>
            <w:r w:rsidRPr="00A65077">
              <w:t xml:space="preserve"> </w:t>
            </w:r>
            <w:proofErr w:type="spellStart"/>
            <w:r w:rsidRPr="00A65077">
              <w:t>competenze</w:t>
            </w:r>
            <w:proofErr w:type="spellEnd"/>
            <w:r w:rsidRPr="00A65077">
              <w:t xml:space="preserve"> </w:t>
            </w:r>
            <w:proofErr w:type="spellStart"/>
            <w:r w:rsidRPr="00A65077">
              <w:t>più</w:t>
            </w:r>
            <w:proofErr w:type="spellEnd"/>
            <w:r w:rsidRPr="00A65077">
              <w:t xml:space="preserve"> </w:t>
            </w:r>
            <w:proofErr w:type="spellStart"/>
            <w:r w:rsidRPr="00A65077">
              <w:t>che</w:t>
            </w:r>
            <w:proofErr w:type="spellEnd"/>
            <w:r w:rsidRPr="00A65077">
              <w:t xml:space="preserve"> </w:t>
            </w:r>
            <w:proofErr w:type="spellStart"/>
            <w:r w:rsidRPr="00A65077">
              <w:t>sufficienti</w:t>
            </w:r>
            <w:proofErr w:type="spellEnd"/>
            <w:r w:rsidRPr="00A65077">
              <w:t>.</w:t>
            </w:r>
          </w:p>
        </w:tc>
        <w:tc>
          <w:tcPr>
            <w:tcW w:w="1843" w:type="dxa"/>
          </w:tcPr>
          <w:p w14:paraId="3B12AF1D" w14:textId="77777777" w:rsidR="00691C9D" w:rsidRDefault="00691C9D" w:rsidP="00D31909"/>
          <w:p w14:paraId="3F552E1B" w14:textId="13ABA62C" w:rsidR="00215A78" w:rsidRPr="00A65077" w:rsidRDefault="00215A78" w:rsidP="00D31909">
            <w:r w:rsidRPr="00A65077">
              <w:t xml:space="preserve"> </w:t>
            </w:r>
            <w:proofErr w:type="spellStart"/>
            <w:r w:rsidRPr="00A65077">
              <w:t>Consolidamento</w:t>
            </w:r>
            <w:proofErr w:type="spellEnd"/>
          </w:p>
          <w:p w14:paraId="41D6A1A4" w14:textId="77777777" w:rsidR="00215A78" w:rsidRPr="00A65077" w:rsidRDefault="00215A78" w:rsidP="00D31909"/>
        </w:tc>
        <w:tc>
          <w:tcPr>
            <w:tcW w:w="3118" w:type="dxa"/>
          </w:tcPr>
          <w:p w14:paraId="6203F6A1" w14:textId="77777777" w:rsidR="00215A78" w:rsidRPr="00A65077" w:rsidRDefault="00215A78" w:rsidP="00D31909">
            <w:pPr>
              <w:jc w:val="center"/>
            </w:pPr>
          </w:p>
        </w:tc>
      </w:tr>
      <w:tr w:rsidR="00215A78" w:rsidRPr="00A65077" w14:paraId="3D176785" w14:textId="77777777" w:rsidTr="005046D8">
        <w:trPr>
          <w:trHeight w:val="402"/>
        </w:trPr>
        <w:tc>
          <w:tcPr>
            <w:tcW w:w="4820" w:type="dxa"/>
          </w:tcPr>
          <w:p w14:paraId="62A30610" w14:textId="77777777" w:rsidR="00215A78" w:rsidRPr="00A65077" w:rsidRDefault="00215A78" w:rsidP="00D31909">
            <w:pPr>
              <w:tabs>
                <w:tab w:val="left" w:pos="360"/>
              </w:tabs>
              <w:suppressAutoHyphens/>
              <w:rPr>
                <w:rFonts w:eastAsia="Arial"/>
              </w:rPr>
            </w:pPr>
            <w:r w:rsidRPr="00691C9D">
              <w:rPr>
                <w:rFonts w:eastAsia="Arial"/>
                <w:b/>
              </w:rPr>
              <w:t>Fascia D (</w:t>
            </w:r>
            <w:proofErr w:type="spellStart"/>
            <w:r w:rsidRPr="00691C9D">
              <w:rPr>
                <w:rFonts w:eastAsia="Arial"/>
                <w:b/>
              </w:rPr>
              <w:t>bassa</w:t>
            </w:r>
            <w:proofErr w:type="spellEnd"/>
            <w:r w:rsidRPr="00691C9D">
              <w:rPr>
                <w:rFonts w:eastAsia="Arial"/>
                <w:b/>
              </w:rPr>
              <w:t xml:space="preserve"> 4-5):</w:t>
            </w:r>
            <w:r w:rsidRPr="00A65077">
              <w:rPr>
                <w:rFonts w:eastAsia="Arial"/>
              </w:rPr>
              <w:t xml:space="preserve"> </w:t>
            </w:r>
            <w:proofErr w:type="spellStart"/>
            <w:r w:rsidRPr="00A65077">
              <w:rPr>
                <w:rFonts w:eastAsia="Arial"/>
              </w:rPr>
              <w:t>alunni</w:t>
            </w:r>
            <w:proofErr w:type="spellEnd"/>
            <w:r w:rsidRPr="00A65077">
              <w:rPr>
                <w:rFonts w:eastAsia="Arial"/>
              </w:rPr>
              <w:t xml:space="preserve"> </w:t>
            </w:r>
            <w:proofErr w:type="spellStart"/>
            <w:r w:rsidRPr="00A65077">
              <w:rPr>
                <w:rFonts w:eastAsia="Arial"/>
              </w:rPr>
              <w:t>che</w:t>
            </w:r>
            <w:proofErr w:type="spellEnd"/>
            <w:r w:rsidRPr="00A65077">
              <w:rPr>
                <w:rFonts w:eastAsia="Arial"/>
              </w:rPr>
              <w:t xml:space="preserve"> </w:t>
            </w:r>
            <w:proofErr w:type="spellStart"/>
            <w:r w:rsidRPr="00A65077">
              <w:t>dalle</w:t>
            </w:r>
            <w:proofErr w:type="spellEnd"/>
            <w:r w:rsidRPr="00A65077">
              <w:t xml:space="preserve"> prove di </w:t>
            </w:r>
            <w:proofErr w:type="spellStart"/>
            <w:r w:rsidRPr="00A65077">
              <w:t>ingresso</w:t>
            </w:r>
            <w:proofErr w:type="spellEnd"/>
            <w:r w:rsidRPr="00A65077">
              <w:t xml:space="preserve">, </w:t>
            </w:r>
            <w:proofErr w:type="spellStart"/>
            <w:r w:rsidRPr="00A65077">
              <w:t>osservazioni</w:t>
            </w:r>
            <w:proofErr w:type="spellEnd"/>
            <w:r w:rsidRPr="00A65077">
              <w:t xml:space="preserve"> </w:t>
            </w:r>
            <w:proofErr w:type="spellStart"/>
            <w:r w:rsidRPr="00A65077">
              <w:t>sistematiche</w:t>
            </w:r>
            <w:proofErr w:type="spellEnd"/>
            <w:r w:rsidRPr="00A65077">
              <w:t xml:space="preserve">, </w:t>
            </w:r>
            <w:proofErr w:type="spellStart"/>
            <w:r w:rsidRPr="00A65077">
              <w:t>ecc</w:t>
            </w:r>
            <w:proofErr w:type="spellEnd"/>
            <w:r w:rsidRPr="00A65077">
              <w:t xml:space="preserve">. </w:t>
            </w:r>
            <w:proofErr w:type="spellStart"/>
            <w:r w:rsidRPr="00A65077">
              <w:t>risultano</w:t>
            </w:r>
            <w:proofErr w:type="spellEnd"/>
            <w:r w:rsidRPr="00A65077">
              <w:t xml:space="preserve"> </w:t>
            </w:r>
            <w:proofErr w:type="spellStart"/>
            <w:proofErr w:type="gramStart"/>
            <w:r w:rsidRPr="00A65077">
              <w:t>avere</w:t>
            </w:r>
            <w:proofErr w:type="spellEnd"/>
            <w:r w:rsidRPr="00A65077">
              <w:rPr>
                <w:rFonts w:eastAsia="Arial"/>
              </w:rPr>
              <w:t xml:space="preserve">  </w:t>
            </w:r>
            <w:proofErr w:type="spellStart"/>
            <w:r w:rsidRPr="00A65077">
              <w:rPr>
                <w:rFonts w:eastAsia="Arial"/>
              </w:rPr>
              <w:t>una</w:t>
            </w:r>
            <w:proofErr w:type="spellEnd"/>
            <w:proofErr w:type="gramEnd"/>
            <w:r w:rsidRPr="00A65077">
              <w:rPr>
                <w:rFonts w:eastAsia="Arial"/>
              </w:rPr>
              <w:t xml:space="preserve"> </w:t>
            </w:r>
            <w:proofErr w:type="spellStart"/>
            <w:r w:rsidRPr="00A65077">
              <w:t>conoscenza</w:t>
            </w:r>
            <w:proofErr w:type="spellEnd"/>
            <w:r w:rsidRPr="00A65077">
              <w:t xml:space="preserve"> </w:t>
            </w:r>
            <w:proofErr w:type="spellStart"/>
            <w:r w:rsidRPr="00A65077">
              <w:t>lacunosa</w:t>
            </w:r>
            <w:proofErr w:type="spellEnd"/>
            <w:r w:rsidRPr="00A65077">
              <w:t xml:space="preserve"> della </w:t>
            </w:r>
            <w:proofErr w:type="spellStart"/>
            <w:r w:rsidRPr="00A65077">
              <w:t>grammatica</w:t>
            </w:r>
            <w:proofErr w:type="spellEnd"/>
            <w:r w:rsidRPr="00A65077">
              <w:t xml:space="preserve"> di base ed incerta </w:t>
            </w:r>
            <w:proofErr w:type="spellStart"/>
            <w:r w:rsidRPr="00A65077">
              <w:t>conoscenza</w:t>
            </w:r>
            <w:proofErr w:type="spellEnd"/>
            <w:r w:rsidRPr="00A65077">
              <w:t xml:space="preserve"> </w:t>
            </w:r>
            <w:proofErr w:type="spellStart"/>
            <w:r w:rsidRPr="00A65077">
              <w:t>fonetico-articolatoria</w:t>
            </w:r>
            <w:proofErr w:type="spellEnd"/>
            <w:r w:rsidRPr="00A65077">
              <w:t>,</w:t>
            </w:r>
            <w:r w:rsidRPr="00A65077">
              <w:rPr>
                <w:rFonts w:eastAsia="Arial"/>
              </w:rPr>
              <w:t xml:space="preserve"> </w:t>
            </w:r>
            <w:proofErr w:type="spellStart"/>
            <w:r w:rsidRPr="00A65077">
              <w:rPr>
                <w:rFonts w:eastAsia="Arial"/>
              </w:rPr>
              <w:t>capacità</w:t>
            </w:r>
            <w:proofErr w:type="spellEnd"/>
            <w:r w:rsidRPr="00A65077">
              <w:rPr>
                <w:rFonts w:eastAsia="Arial"/>
              </w:rPr>
              <w:t xml:space="preserve"> </w:t>
            </w:r>
            <w:proofErr w:type="spellStart"/>
            <w:r w:rsidRPr="00A65077">
              <w:rPr>
                <w:rFonts w:eastAsia="Arial"/>
              </w:rPr>
              <w:t>scarse</w:t>
            </w:r>
            <w:proofErr w:type="spellEnd"/>
            <w:r w:rsidRPr="00A65077">
              <w:rPr>
                <w:rFonts w:eastAsia="Arial"/>
              </w:rPr>
              <w:t xml:space="preserve">, </w:t>
            </w:r>
            <w:proofErr w:type="spellStart"/>
            <w:r w:rsidRPr="00A65077">
              <w:rPr>
                <w:rFonts w:eastAsia="Arial"/>
              </w:rPr>
              <w:t>impegno</w:t>
            </w:r>
            <w:proofErr w:type="spellEnd"/>
            <w:r w:rsidRPr="00A65077">
              <w:rPr>
                <w:rFonts w:eastAsia="Arial"/>
              </w:rPr>
              <w:t xml:space="preserve"> non </w:t>
            </w:r>
            <w:proofErr w:type="spellStart"/>
            <w:r w:rsidRPr="00A65077">
              <w:rPr>
                <w:rFonts w:eastAsia="Arial"/>
              </w:rPr>
              <w:t>costante</w:t>
            </w:r>
            <w:proofErr w:type="spellEnd"/>
            <w:r w:rsidRPr="00A65077">
              <w:rPr>
                <w:rFonts w:eastAsia="Arial"/>
              </w:rPr>
              <w:t xml:space="preserve"> e/o interesse </w:t>
            </w:r>
          </w:p>
          <w:p w14:paraId="232C78BE" w14:textId="77777777" w:rsidR="00215A78" w:rsidRPr="00A65077" w:rsidRDefault="00215A78" w:rsidP="00D31909">
            <w:pPr>
              <w:tabs>
                <w:tab w:val="left" w:pos="360"/>
              </w:tabs>
              <w:suppressAutoHyphens/>
            </w:pPr>
            <w:proofErr w:type="spellStart"/>
            <w:r w:rsidRPr="00A65077">
              <w:rPr>
                <w:rFonts w:eastAsia="Arial"/>
              </w:rPr>
              <w:t>superficiale</w:t>
            </w:r>
            <w:proofErr w:type="spellEnd"/>
            <w:r w:rsidRPr="00A65077">
              <w:rPr>
                <w:rFonts w:eastAsia="Arial"/>
              </w:rPr>
              <w:t xml:space="preserve"> per cui </w:t>
            </w:r>
            <w:proofErr w:type="spellStart"/>
            <w:r w:rsidRPr="00A65077">
              <w:t>risultano</w:t>
            </w:r>
            <w:proofErr w:type="spellEnd"/>
            <w:r w:rsidRPr="00A65077">
              <w:t xml:space="preserve"> </w:t>
            </w:r>
            <w:proofErr w:type="spellStart"/>
            <w:r w:rsidRPr="00A65077">
              <w:t>raggiungere</w:t>
            </w:r>
            <w:proofErr w:type="spellEnd"/>
            <w:r w:rsidRPr="00A65077">
              <w:t xml:space="preserve"> </w:t>
            </w:r>
            <w:proofErr w:type="spellStart"/>
            <w:r w:rsidRPr="00A65077">
              <w:t>competenze</w:t>
            </w:r>
            <w:proofErr w:type="spellEnd"/>
            <w:r w:rsidRPr="00A65077">
              <w:t xml:space="preserve"> non </w:t>
            </w:r>
            <w:proofErr w:type="spellStart"/>
            <w:r w:rsidRPr="00A65077">
              <w:t>adeguate</w:t>
            </w:r>
            <w:proofErr w:type="spellEnd"/>
            <w:r w:rsidRPr="00A65077">
              <w:t xml:space="preserve"> e </w:t>
            </w:r>
            <w:proofErr w:type="spellStart"/>
            <w:r w:rsidRPr="00A65077">
              <w:t>modeste</w:t>
            </w:r>
            <w:proofErr w:type="spellEnd"/>
            <w:r w:rsidRPr="00A65077">
              <w:t>.</w:t>
            </w:r>
          </w:p>
        </w:tc>
        <w:tc>
          <w:tcPr>
            <w:tcW w:w="1843" w:type="dxa"/>
          </w:tcPr>
          <w:p w14:paraId="35EC3736" w14:textId="77777777" w:rsidR="00691C9D" w:rsidRDefault="00691C9D" w:rsidP="00D31909"/>
          <w:p w14:paraId="7C20DE32" w14:textId="6B1E4335" w:rsidR="00215A78" w:rsidRPr="00A65077" w:rsidRDefault="00215A78" w:rsidP="00D31909">
            <w:r w:rsidRPr="00A65077">
              <w:t>Recupero/</w:t>
            </w:r>
            <w:r w:rsidR="00691C9D">
              <w:t xml:space="preserve">   </w:t>
            </w:r>
            <w:proofErr w:type="spellStart"/>
            <w:r w:rsidRPr="00A65077">
              <w:t>Sostegno</w:t>
            </w:r>
            <w:proofErr w:type="spellEnd"/>
          </w:p>
          <w:p w14:paraId="13F927D1" w14:textId="77777777" w:rsidR="00215A78" w:rsidRPr="00A65077" w:rsidRDefault="00215A78" w:rsidP="00D31909"/>
        </w:tc>
        <w:tc>
          <w:tcPr>
            <w:tcW w:w="3118" w:type="dxa"/>
          </w:tcPr>
          <w:p w14:paraId="587935F2" w14:textId="77777777" w:rsidR="00215A78" w:rsidRPr="00A65077" w:rsidRDefault="00215A78" w:rsidP="00D31909"/>
        </w:tc>
      </w:tr>
      <w:tr w:rsidR="00215A78" w:rsidRPr="00A65077" w14:paraId="3FAABF83" w14:textId="77777777" w:rsidTr="005046D8">
        <w:trPr>
          <w:trHeight w:val="265"/>
        </w:trPr>
        <w:tc>
          <w:tcPr>
            <w:tcW w:w="4820" w:type="dxa"/>
          </w:tcPr>
          <w:p w14:paraId="45EB34A7" w14:textId="77777777" w:rsidR="00215A78" w:rsidRPr="00691C9D" w:rsidRDefault="00215A78" w:rsidP="00D31909">
            <w:pPr>
              <w:rPr>
                <w:b/>
                <w:bCs/>
              </w:rPr>
            </w:pPr>
            <w:r w:rsidRPr="00691C9D">
              <w:rPr>
                <w:b/>
                <w:bCs/>
              </w:rPr>
              <w:t>CASI PARTICOLARI</w:t>
            </w:r>
          </w:p>
        </w:tc>
        <w:tc>
          <w:tcPr>
            <w:tcW w:w="1843" w:type="dxa"/>
          </w:tcPr>
          <w:p w14:paraId="6B4FD49D" w14:textId="77777777" w:rsidR="00215A78" w:rsidRPr="00A65077" w:rsidRDefault="00215A78" w:rsidP="00D31909"/>
        </w:tc>
        <w:tc>
          <w:tcPr>
            <w:tcW w:w="3118" w:type="dxa"/>
          </w:tcPr>
          <w:p w14:paraId="709C8517" w14:textId="77777777" w:rsidR="00215A78" w:rsidRPr="00A65077" w:rsidRDefault="00215A78" w:rsidP="00D31909">
            <w:pPr>
              <w:jc w:val="center"/>
            </w:pPr>
          </w:p>
        </w:tc>
      </w:tr>
      <w:tr w:rsidR="00215A78" w:rsidRPr="00A65077" w14:paraId="0E2B61B9" w14:textId="77777777" w:rsidTr="005046D8">
        <w:trPr>
          <w:trHeight w:val="250"/>
        </w:trPr>
        <w:tc>
          <w:tcPr>
            <w:tcW w:w="4820" w:type="dxa"/>
          </w:tcPr>
          <w:p w14:paraId="1481DDAF" w14:textId="77777777" w:rsidR="00215A78" w:rsidRPr="00691C9D" w:rsidRDefault="00215A78" w:rsidP="00D31909">
            <w:pPr>
              <w:rPr>
                <w:b/>
                <w:bCs/>
              </w:rPr>
            </w:pPr>
            <w:r w:rsidRPr="00691C9D">
              <w:rPr>
                <w:b/>
                <w:bCs/>
              </w:rPr>
              <w:t>DSA</w:t>
            </w:r>
          </w:p>
        </w:tc>
        <w:tc>
          <w:tcPr>
            <w:tcW w:w="1843" w:type="dxa"/>
          </w:tcPr>
          <w:p w14:paraId="552234ED" w14:textId="77777777" w:rsidR="00215A78" w:rsidRPr="00A65077" w:rsidRDefault="00215A78" w:rsidP="00D31909"/>
        </w:tc>
        <w:tc>
          <w:tcPr>
            <w:tcW w:w="3118" w:type="dxa"/>
          </w:tcPr>
          <w:p w14:paraId="1C554456" w14:textId="77777777" w:rsidR="00215A78" w:rsidRPr="00A65077" w:rsidRDefault="00215A78" w:rsidP="00D31909">
            <w:pPr>
              <w:jc w:val="center"/>
            </w:pPr>
          </w:p>
        </w:tc>
      </w:tr>
      <w:tr w:rsidR="00215A78" w:rsidRPr="00A65077" w14:paraId="029E9D34" w14:textId="77777777" w:rsidTr="005046D8">
        <w:trPr>
          <w:trHeight w:val="265"/>
        </w:trPr>
        <w:tc>
          <w:tcPr>
            <w:tcW w:w="4820" w:type="dxa"/>
          </w:tcPr>
          <w:p w14:paraId="3150BED0" w14:textId="77777777" w:rsidR="00215A78" w:rsidRPr="00691C9D" w:rsidRDefault="00215A78" w:rsidP="00D31909">
            <w:pPr>
              <w:rPr>
                <w:b/>
                <w:bCs/>
              </w:rPr>
            </w:pPr>
            <w:r w:rsidRPr="00691C9D">
              <w:rPr>
                <w:b/>
                <w:bCs/>
              </w:rPr>
              <w:t>DISTURBI COMPORTAMENTO</w:t>
            </w:r>
          </w:p>
        </w:tc>
        <w:tc>
          <w:tcPr>
            <w:tcW w:w="1843" w:type="dxa"/>
          </w:tcPr>
          <w:p w14:paraId="01B50BC8" w14:textId="77777777" w:rsidR="00215A78" w:rsidRPr="00A65077" w:rsidRDefault="00215A78" w:rsidP="00D31909"/>
        </w:tc>
        <w:tc>
          <w:tcPr>
            <w:tcW w:w="3118" w:type="dxa"/>
          </w:tcPr>
          <w:p w14:paraId="19919F72" w14:textId="77777777" w:rsidR="00215A78" w:rsidRPr="00A65077" w:rsidRDefault="00215A78" w:rsidP="00D31909"/>
        </w:tc>
      </w:tr>
      <w:tr w:rsidR="00215A78" w:rsidRPr="00A65077" w14:paraId="4FA63C9F" w14:textId="77777777" w:rsidTr="005046D8">
        <w:trPr>
          <w:trHeight w:val="250"/>
        </w:trPr>
        <w:tc>
          <w:tcPr>
            <w:tcW w:w="4820" w:type="dxa"/>
          </w:tcPr>
          <w:p w14:paraId="1A0194A2" w14:textId="77777777" w:rsidR="00215A78" w:rsidRPr="00691C9D" w:rsidRDefault="00215A78" w:rsidP="00D31909">
            <w:pPr>
              <w:rPr>
                <w:b/>
                <w:bCs/>
              </w:rPr>
            </w:pPr>
            <w:r w:rsidRPr="00691C9D">
              <w:rPr>
                <w:b/>
                <w:bCs/>
              </w:rPr>
              <w:t>PERSONA CON DISABILITÀ</w:t>
            </w:r>
          </w:p>
        </w:tc>
        <w:tc>
          <w:tcPr>
            <w:tcW w:w="1843" w:type="dxa"/>
          </w:tcPr>
          <w:p w14:paraId="49AFBBEF" w14:textId="77777777" w:rsidR="00215A78" w:rsidRPr="00A65077" w:rsidRDefault="00215A78" w:rsidP="00D31909"/>
        </w:tc>
        <w:tc>
          <w:tcPr>
            <w:tcW w:w="3118" w:type="dxa"/>
          </w:tcPr>
          <w:p w14:paraId="75C98953" w14:textId="77777777" w:rsidR="00215A78" w:rsidRPr="00A65077" w:rsidRDefault="00215A78" w:rsidP="00D31909">
            <w:pPr>
              <w:jc w:val="center"/>
            </w:pPr>
            <w:r>
              <w:t xml:space="preserve"> </w:t>
            </w:r>
          </w:p>
        </w:tc>
      </w:tr>
    </w:tbl>
    <w:p w14:paraId="3BE05983" w14:textId="77777777" w:rsidR="00215A78" w:rsidRDefault="00215A78" w:rsidP="00555AE7">
      <w:pPr>
        <w:rPr>
          <w:color w:val="auto"/>
          <w:szCs w:val="20"/>
        </w:rPr>
      </w:pPr>
    </w:p>
    <w:p w14:paraId="54EFB328" w14:textId="77777777" w:rsidR="00215A78" w:rsidRDefault="00215A78" w:rsidP="00555AE7">
      <w:pPr>
        <w:rPr>
          <w:color w:val="auto"/>
          <w:szCs w:val="20"/>
        </w:rPr>
      </w:pPr>
    </w:p>
    <w:p w14:paraId="73049E2B" w14:textId="77777777" w:rsidR="00215A78" w:rsidRDefault="00215A78" w:rsidP="00555AE7">
      <w:pPr>
        <w:rPr>
          <w:color w:val="auto"/>
          <w:szCs w:val="20"/>
        </w:rPr>
      </w:pPr>
    </w:p>
    <w:p w14:paraId="69EFB59E" w14:textId="77777777" w:rsidR="00215A78" w:rsidRDefault="00215A78" w:rsidP="00555AE7"/>
    <w:p w14:paraId="26F72A0D" w14:textId="77777777" w:rsidR="00083CE3" w:rsidRPr="00450936" w:rsidRDefault="00D15DC0">
      <w:pPr>
        <w:keepNext/>
        <w:spacing w:before="280"/>
        <w:rPr>
          <w:color w:val="auto"/>
        </w:rPr>
      </w:pPr>
      <w:r w:rsidRPr="00450936">
        <w:rPr>
          <w:b/>
          <w:color w:val="auto"/>
          <w:sz w:val="26"/>
        </w:rPr>
        <w:lastRenderedPageBreak/>
        <w:t>1. Quadro Normativo e Pedagogico di Riferimento</w:t>
      </w:r>
    </w:p>
    <w:p w14:paraId="73150A5D" w14:textId="77777777" w:rsidR="00083CE3" w:rsidRPr="00450936" w:rsidRDefault="00D15DC0" w:rsidP="00C43D2E">
      <w:pPr>
        <w:jc w:val="both"/>
        <w:rPr>
          <w:color w:val="auto"/>
        </w:rPr>
      </w:pPr>
      <w:r w:rsidRPr="00450936">
        <w:rPr>
          <w:color w:val="auto"/>
        </w:rPr>
        <w:t>La presente programmazione disciplina la progettazione didattica per la classe prima della Scuola Secondaria di Primo Grado sul testo adottato Highlight 1. Il piano si conforma pienamente alle Nuove Indicazioni Nazionali, riaffermando il ruolo dell'Inglese come lingua globale e chiave di accesso alla cultura, alla scienza, alla cittadinanza democratica e alle nuove tecnologie.</w:t>
      </w:r>
    </w:p>
    <w:p w14:paraId="093B833B" w14:textId="77777777" w:rsidR="00083CE3" w:rsidRPr="00450936" w:rsidRDefault="00D15DC0">
      <w:pPr>
        <w:spacing w:after="80"/>
        <w:ind w:left="288"/>
        <w:rPr>
          <w:color w:val="auto"/>
        </w:rPr>
      </w:pPr>
      <w:r w:rsidRPr="00450936">
        <w:rPr>
          <w:b/>
          <w:color w:val="auto"/>
        </w:rPr>
        <w:t>Linee guida integrate di riferimento:</w:t>
      </w:r>
    </w:p>
    <w:p w14:paraId="4B262235" w14:textId="77777777" w:rsidR="00083CE3" w:rsidRPr="00450936" w:rsidRDefault="00D15DC0" w:rsidP="00C43D2E">
      <w:pPr>
        <w:pStyle w:val="Puntoelenco"/>
        <w:spacing w:after="60"/>
        <w:ind w:left="576"/>
        <w:jc w:val="both"/>
        <w:rPr>
          <w:color w:val="auto"/>
        </w:rPr>
      </w:pPr>
      <w:r w:rsidRPr="00450936">
        <w:rPr>
          <w:color w:val="auto"/>
          <w:sz w:val="19"/>
        </w:rPr>
        <w:t>Nuove Indicazioni Nazionali: Focus su approccio comunicativo-immersivo, sviluppo del pensiero critico, interazione e dimensione culturale/interculturale. Target graduale in uscita dal triennio: Livello A2.</w:t>
      </w:r>
    </w:p>
    <w:p w14:paraId="10FB38CD" w14:textId="77777777" w:rsidR="00083CE3" w:rsidRPr="00450936" w:rsidRDefault="00D15DC0" w:rsidP="00C43D2E">
      <w:pPr>
        <w:pStyle w:val="Puntoelenco"/>
        <w:spacing w:after="60"/>
        <w:ind w:left="576"/>
        <w:jc w:val="both"/>
        <w:rPr>
          <w:color w:val="auto"/>
        </w:rPr>
      </w:pPr>
      <w:r w:rsidRPr="00450936">
        <w:rPr>
          <w:color w:val="auto"/>
          <w:sz w:val="19"/>
        </w:rPr>
        <w:t>Agenda 2030 per lo Sviluppo Sostenibile: Integrazione trasversale degli Obiettivi di Sviluppo Sostenibile (SDGs) attraverso tematiche sociali, ambientali e di salute collettiva nelle Unità Didattiche.</w:t>
      </w:r>
    </w:p>
    <w:p w14:paraId="10BED962" w14:textId="77777777" w:rsidR="00083CE3" w:rsidRPr="00450936" w:rsidRDefault="00D15DC0" w:rsidP="00C43D2E">
      <w:pPr>
        <w:pStyle w:val="Puntoelenco"/>
        <w:spacing w:after="60"/>
        <w:ind w:left="576"/>
        <w:jc w:val="both"/>
        <w:rPr>
          <w:color w:val="auto"/>
        </w:rPr>
      </w:pPr>
      <w:r w:rsidRPr="00450936">
        <w:rPr>
          <w:color w:val="auto"/>
          <w:sz w:val="19"/>
        </w:rPr>
        <w:t>Quadro Europeo DigComp 2.2: Promozione delle competenze digitali operative, etiche e di sicurezza informatica tramite la creazione di contenuti mediali, ricerca critica delle fonti e collaborazione online.</w:t>
      </w:r>
    </w:p>
    <w:p w14:paraId="04A62DF7" w14:textId="77777777" w:rsidR="00083CE3" w:rsidRPr="00450936" w:rsidRDefault="00D15DC0" w:rsidP="00C43D2E">
      <w:pPr>
        <w:keepNext/>
        <w:spacing w:before="280"/>
        <w:jc w:val="both"/>
        <w:rPr>
          <w:color w:val="auto"/>
        </w:rPr>
      </w:pPr>
      <w:r w:rsidRPr="00450936">
        <w:rPr>
          <w:b/>
          <w:color w:val="auto"/>
          <w:sz w:val="26"/>
        </w:rPr>
        <w:t>2. Competenze Chiave e Traguardi di Sviluppo</w:t>
      </w:r>
    </w:p>
    <w:p w14:paraId="763E1A65" w14:textId="77777777" w:rsidR="00083CE3" w:rsidRPr="00450936" w:rsidRDefault="00D15DC0">
      <w:pPr>
        <w:rPr>
          <w:color w:val="auto"/>
        </w:rPr>
      </w:pPr>
      <w:r w:rsidRPr="00450936">
        <w:rPr>
          <w:color w:val="auto"/>
        </w:rPr>
        <w:t>In linea con le Raccomandazioni europee e le Nuove Indicazioni Nazionali, la didattica si orienta al raggiungimento delle seguenti competenze chiave:</w:t>
      </w:r>
    </w:p>
    <w:tbl>
      <w:tblPr>
        <w:tblW w:w="0" w:type="auto"/>
        <w:jc w:val="center"/>
        <w:tblLook w:val="04A0" w:firstRow="1" w:lastRow="0" w:firstColumn="1" w:lastColumn="0" w:noHBand="0" w:noVBand="1"/>
      </w:tblPr>
      <w:tblGrid>
        <w:gridCol w:w="3221"/>
        <w:gridCol w:w="3221"/>
        <w:gridCol w:w="3221"/>
      </w:tblGrid>
      <w:tr w:rsidR="00083CE3" w14:paraId="1CA41AEF" w14:textId="77777777">
        <w:trPr>
          <w:jc w:val="center"/>
        </w:trPr>
        <w:tc>
          <w:tcPr>
            <w:tcW w:w="3221" w:type="dxa"/>
          </w:tcPr>
          <w:p w14:paraId="47878156" w14:textId="77777777" w:rsidR="00083CE3" w:rsidRDefault="00D15DC0">
            <w:pPr>
              <w:spacing w:after="0"/>
            </w:pPr>
            <w:r>
              <w:rPr>
                <w:b/>
                <w:color w:val="FFFFFF"/>
                <w:sz w:val="18"/>
              </w:rPr>
              <w:t>Area / Competenza</w:t>
            </w:r>
          </w:p>
        </w:tc>
        <w:tc>
          <w:tcPr>
            <w:tcW w:w="3221" w:type="dxa"/>
          </w:tcPr>
          <w:p w14:paraId="3479A8C5" w14:textId="77777777" w:rsidR="00083CE3" w:rsidRDefault="00D15DC0">
            <w:pPr>
              <w:spacing w:after="0"/>
            </w:pPr>
            <w:r>
              <w:rPr>
                <w:b/>
                <w:color w:val="FFFFFF"/>
                <w:sz w:val="18"/>
              </w:rPr>
              <w:t>Traguardi di Competenza (Indicazioni Nazionali)</w:t>
            </w:r>
          </w:p>
        </w:tc>
        <w:tc>
          <w:tcPr>
            <w:tcW w:w="3221" w:type="dxa"/>
          </w:tcPr>
          <w:p w14:paraId="3A4C4FF4" w14:textId="77777777" w:rsidR="00083CE3" w:rsidRDefault="00D15DC0">
            <w:pPr>
              <w:spacing w:after="0"/>
            </w:pPr>
            <w:r>
              <w:rPr>
                <w:b/>
                <w:color w:val="FFFFFF"/>
                <w:sz w:val="18"/>
              </w:rPr>
              <w:t>Descrittori DigComp 2.2 / Agenda 2030</w:t>
            </w:r>
          </w:p>
        </w:tc>
      </w:tr>
      <w:tr w:rsidR="00083CE3" w14:paraId="1DB04293" w14:textId="77777777">
        <w:trPr>
          <w:jc w:val="center"/>
        </w:trPr>
        <w:tc>
          <w:tcPr>
            <w:tcW w:w="3221" w:type="dxa"/>
            <w:shd w:val="clear" w:color="auto" w:fill="FFFFFF"/>
            <w:tcMar>
              <w:top w:w="60" w:type="dxa"/>
              <w:left w:w="80" w:type="dxa"/>
              <w:bottom w:w="60" w:type="dxa"/>
              <w:right w:w="80" w:type="dxa"/>
            </w:tcMar>
          </w:tcPr>
          <w:p w14:paraId="5EAA0DC0" w14:textId="77777777" w:rsidR="00083CE3" w:rsidRDefault="00D15DC0">
            <w:pPr>
              <w:spacing w:after="0" w:line="264" w:lineRule="auto"/>
            </w:pPr>
            <w:r w:rsidRPr="00450936">
              <w:rPr>
                <w:b/>
                <w:color w:val="auto"/>
                <w:sz w:val="17"/>
              </w:rPr>
              <w:t>Competenza Multilinguistica</w:t>
            </w:r>
          </w:p>
        </w:tc>
        <w:tc>
          <w:tcPr>
            <w:tcW w:w="3221" w:type="dxa"/>
            <w:shd w:val="clear" w:color="auto" w:fill="FFFFFF"/>
            <w:tcMar>
              <w:top w:w="60" w:type="dxa"/>
              <w:left w:w="80" w:type="dxa"/>
              <w:bottom w:w="60" w:type="dxa"/>
              <w:right w:w="80" w:type="dxa"/>
            </w:tcMar>
          </w:tcPr>
          <w:p w14:paraId="3CDE712B" w14:textId="77777777" w:rsidR="00083CE3" w:rsidRDefault="00D15DC0">
            <w:pPr>
              <w:spacing w:after="0" w:line="264" w:lineRule="auto"/>
            </w:pPr>
            <w:r>
              <w:rPr>
                <w:sz w:val="17"/>
              </w:rPr>
              <w:t>Comprendere e produrre messaggi orali e scritti in lingua inglese in contesti familiari. Interagire con pronuncia e intonazione adeguate. Riconoscere la dimensione globale della lingua.</w:t>
            </w:r>
          </w:p>
        </w:tc>
        <w:tc>
          <w:tcPr>
            <w:tcW w:w="3221" w:type="dxa"/>
            <w:shd w:val="clear" w:color="auto" w:fill="FFFFFF"/>
            <w:tcMar>
              <w:top w:w="60" w:type="dxa"/>
              <w:left w:w="80" w:type="dxa"/>
              <w:bottom w:w="60" w:type="dxa"/>
              <w:right w:w="80" w:type="dxa"/>
            </w:tcMar>
          </w:tcPr>
          <w:p w14:paraId="3CA8401C" w14:textId="77777777" w:rsidR="00083CE3" w:rsidRDefault="00D15DC0">
            <w:pPr>
              <w:spacing w:after="0" w:line="264" w:lineRule="auto"/>
            </w:pPr>
            <w:r>
              <w:rPr>
                <w:sz w:val="17"/>
              </w:rPr>
              <w:t>Uso di dizionari ed enciclopedie online in L2. Comprensione di risorse multimediali autentiche (podcast, video clips).</w:t>
            </w:r>
          </w:p>
        </w:tc>
      </w:tr>
      <w:tr w:rsidR="00083CE3" w14:paraId="528D91A7" w14:textId="77777777">
        <w:trPr>
          <w:jc w:val="center"/>
        </w:trPr>
        <w:tc>
          <w:tcPr>
            <w:tcW w:w="3221" w:type="dxa"/>
            <w:shd w:val="clear" w:color="auto" w:fill="F7FAFC"/>
            <w:tcMar>
              <w:top w:w="60" w:type="dxa"/>
              <w:left w:w="80" w:type="dxa"/>
              <w:bottom w:w="60" w:type="dxa"/>
              <w:right w:w="80" w:type="dxa"/>
            </w:tcMar>
          </w:tcPr>
          <w:p w14:paraId="0DF6B10F" w14:textId="77777777" w:rsidR="00083CE3" w:rsidRDefault="00D15DC0">
            <w:pPr>
              <w:spacing w:after="0" w:line="264" w:lineRule="auto"/>
            </w:pPr>
            <w:r w:rsidRPr="00450936">
              <w:rPr>
                <w:b/>
                <w:color w:val="auto"/>
                <w:sz w:val="17"/>
              </w:rPr>
              <w:t>Competenza Digitale (DigComp 2.2)</w:t>
            </w:r>
          </w:p>
        </w:tc>
        <w:tc>
          <w:tcPr>
            <w:tcW w:w="3221" w:type="dxa"/>
            <w:shd w:val="clear" w:color="auto" w:fill="F7FAFC"/>
            <w:tcMar>
              <w:top w:w="60" w:type="dxa"/>
              <w:left w:w="80" w:type="dxa"/>
              <w:bottom w:w="60" w:type="dxa"/>
              <w:right w:w="80" w:type="dxa"/>
            </w:tcMar>
          </w:tcPr>
          <w:p w14:paraId="4BF35401" w14:textId="77777777" w:rsidR="00083CE3" w:rsidRDefault="00D15DC0">
            <w:pPr>
              <w:spacing w:after="0" w:line="264" w:lineRule="auto"/>
            </w:pPr>
            <w:r>
              <w:rPr>
                <w:sz w:val="17"/>
              </w:rPr>
              <w:t>Utilizzare strumenti digitali per la ricerca di informazioni, la rielaborazione e la creazione di contenuti multimediali in lingua inglese.</w:t>
            </w:r>
          </w:p>
        </w:tc>
        <w:tc>
          <w:tcPr>
            <w:tcW w:w="3221" w:type="dxa"/>
            <w:shd w:val="clear" w:color="auto" w:fill="F7FAFC"/>
            <w:tcMar>
              <w:top w:w="60" w:type="dxa"/>
              <w:left w:w="80" w:type="dxa"/>
              <w:bottom w:w="60" w:type="dxa"/>
              <w:right w:w="80" w:type="dxa"/>
            </w:tcMar>
          </w:tcPr>
          <w:p w14:paraId="50EA961C" w14:textId="77777777" w:rsidR="00083CE3" w:rsidRDefault="00D15DC0">
            <w:pPr>
              <w:spacing w:after="0" w:line="264" w:lineRule="auto"/>
            </w:pPr>
            <w:r>
              <w:rPr>
                <w:sz w:val="17"/>
              </w:rPr>
              <w:t>1.2 Valutazione dati: Distinguere fonti attendibili.</w:t>
            </w:r>
            <w:r>
              <w:rPr>
                <w:sz w:val="17"/>
              </w:rPr>
              <w:br/>
              <w:t>3.1 Sviluppo contenuti: Creare presentazioni/poster digitali.</w:t>
            </w:r>
            <w:r>
              <w:rPr>
                <w:sz w:val="17"/>
              </w:rPr>
              <w:br/>
              <w:t>4.1 Protezione dispositivi &amp; privacy.</w:t>
            </w:r>
          </w:p>
        </w:tc>
      </w:tr>
      <w:tr w:rsidR="00083CE3" w14:paraId="265EFFC9" w14:textId="77777777">
        <w:trPr>
          <w:jc w:val="center"/>
        </w:trPr>
        <w:tc>
          <w:tcPr>
            <w:tcW w:w="3221" w:type="dxa"/>
            <w:shd w:val="clear" w:color="auto" w:fill="FFFFFF"/>
            <w:tcMar>
              <w:top w:w="60" w:type="dxa"/>
              <w:left w:w="80" w:type="dxa"/>
              <w:bottom w:w="60" w:type="dxa"/>
              <w:right w:w="80" w:type="dxa"/>
            </w:tcMar>
          </w:tcPr>
          <w:p w14:paraId="1C199993" w14:textId="77777777" w:rsidR="00083CE3" w:rsidRDefault="00D15DC0">
            <w:pPr>
              <w:spacing w:after="0" w:line="264" w:lineRule="auto"/>
            </w:pPr>
            <w:r w:rsidRPr="00450936">
              <w:rPr>
                <w:b/>
                <w:color w:val="auto"/>
                <w:sz w:val="17"/>
              </w:rPr>
              <w:t>Competenza in Materia di Cittadinanza</w:t>
            </w:r>
          </w:p>
        </w:tc>
        <w:tc>
          <w:tcPr>
            <w:tcW w:w="3221" w:type="dxa"/>
            <w:shd w:val="clear" w:color="auto" w:fill="FFFFFF"/>
            <w:tcMar>
              <w:top w:w="60" w:type="dxa"/>
              <w:left w:w="80" w:type="dxa"/>
              <w:bottom w:w="60" w:type="dxa"/>
              <w:right w:w="80" w:type="dxa"/>
            </w:tcMar>
          </w:tcPr>
          <w:p w14:paraId="1D255114" w14:textId="77777777" w:rsidR="00083CE3" w:rsidRDefault="00D15DC0">
            <w:pPr>
              <w:spacing w:after="0" w:line="264" w:lineRule="auto"/>
            </w:pPr>
            <w:r>
              <w:rPr>
                <w:sz w:val="17"/>
              </w:rPr>
              <w:t>Sviluppare consapevolezza interculturale, rispetto per le diversità e senso di appartenenza alla comunità globale. Applicare comportamenti sostenibili.</w:t>
            </w:r>
          </w:p>
        </w:tc>
        <w:tc>
          <w:tcPr>
            <w:tcW w:w="3221" w:type="dxa"/>
            <w:shd w:val="clear" w:color="auto" w:fill="FFFFFF"/>
            <w:tcMar>
              <w:top w:w="60" w:type="dxa"/>
              <w:left w:w="80" w:type="dxa"/>
              <w:bottom w:w="60" w:type="dxa"/>
              <w:right w:w="80" w:type="dxa"/>
            </w:tcMar>
          </w:tcPr>
          <w:p w14:paraId="3BA43A57" w14:textId="77777777" w:rsidR="00083CE3" w:rsidRDefault="00D15DC0">
            <w:pPr>
              <w:spacing w:after="0" w:line="264" w:lineRule="auto"/>
            </w:pPr>
            <w:r>
              <w:rPr>
                <w:sz w:val="17"/>
              </w:rPr>
              <w:t>Agenda 2030:</w:t>
            </w:r>
            <w:r>
              <w:rPr>
                <w:sz w:val="17"/>
              </w:rPr>
              <w:br/>
              <w:t>Goal 4 (Istruzione di qualità), Goal 10 (Ridurre le disuguaglianze), Goal 11 (Città sostenibili), Goal 12 (Consumo responsabile).</w:t>
            </w:r>
          </w:p>
        </w:tc>
      </w:tr>
      <w:tr w:rsidR="00083CE3" w14:paraId="528FA7B0" w14:textId="77777777">
        <w:trPr>
          <w:jc w:val="center"/>
        </w:trPr>
        <w:tc>
          <w:tcPr>
            <w:tcW w:w="3221" w:type="dxa"/>
            <w:shd w:val="clear" w:color="auto" w:fill="F7FAFC"/>
            <w:tcMar>
              <w:top w:w="60" w:type="dxa"/>
              <w:left w:w="80" w:type="dxa"/>
              <w:bottom w:w="60" w:type="dxa"/>
              <w:right w:w="80" w:type="dxa"/>
            </w:tcMar>
          </w:tcPr>
          <w:p w14:paraId="2587963E" w14:textId="77777777" w:rsidR="00083CE3" w:rsidRDefault="00D15DC0">
            <w:pPr>
              <w:spacing w:after="0" w:line="264" w:lineRule="auto"/>
            </w:pPr>
            <w:r w:rsidRPr="00450936">
              <w:rPr>
                <w:b/>
                <w:color w:val="auto"/>
                <w:sz w:val="17"/>
              </w:rPr>
              <w:t>Personale, Sociale e Imparare ad Imparare</w:t>
            </w:r>
          </w:p>
        </w:tc>
        <w:tc>
          <w:tcPr>
            <w:tcW w:w="3221" w:type="dxa"/>
            <w:shd w:val="clear" w:color="auto" w:fill="F7FAFC"/>
            <w:tcMar>
              <w:top w:w="60" w:type="dxa"/>
              <w:left w:w="80" w:type="dxa"/>
              <w:bottom w:w="60" w:type="dxa"/>
              <w:right w:w="80" w:type="dxa"/>
            </w:tcMar>
          </w:tcPr>
          <w:p w14:paraId="5D9B824B" w14:textId="77777777" w:rsidR="00083CE3" w:rsidRDefault="00D15DC0">
            <w:pPr>
              <w:spacing w:after="0" w:line="264" w:lineRule="auto"/>
            </w:pPr>
            <w:r>
              <w:rPr>
                <w:sz w:val="17"/>
              </w:rPr>
              <w:t>Autoriflessione sui propri processi di apprendimento, collaborazione attiva in gruppi e coppia, autonomia organizzativa.</w:t>
            </w:r>
          </w:p>
        </w:tc>
        <w:tc>
          <w:tcPr>
            <w:tcW w:w="3221" w:type="dxa"/>
            <w:shd w:val="clear" w:color="auto" w:fill="F7FAFC"/>
            <w:tcMar>
              <w:top w:w="60" w:type="dxa"/>
              <w:left w:w="80" w:type="dxa"/>
              <w:bottom w:w="60" w:type="dxa"/>
              <w:right w:w="80" w:type="dxa"/>
            </w:tcMar>
          </w:tcPr>
          <w:p w14:paraId="31E252CF" w14:textId="77777777" w:rsidR="00083CE3" w:rsidRDefault="00D15DC0">
            <w:pPr>
              <w:spacing w:after="0" w:line="264" w:lineRule="auto"/>
            </w:pPr>
            <w:r>
              <w:rPr>
                <w:sz w:val="17"/>
              </w:rPr>
              <w:t>Valutazione critica delle proprie produzioni digitali e interazione etica nella comunicazione virtuale (DigComp 2.5 Netiquette).</w:t>
            </w:r>
          </w:p>
        </w:tc>
      </w:tr>
    </w:tbl>
    <w:p w14:paraId="6C20F8A1" w14:textId="77777777" w:rsidR="00083CE3" w:rsidRDefault="00083CE3"/>
    <w:p w14:paraId="155BCD35" w14:textId="77777777" w:rsidR="00B36B05" w:rsidRDefault="00B36B05"/>
    <w:p w14:paraId="47EF35B1" w14:textId="550D83D3" w:rsidR="00083CE3" w:rsidRPr="00450936" w:rsidRDefault="00D15DC0">
      <w:pPr>
        <w:keepNext/>
        <w:spacing w:before="280"/>
        <w:rPr>
          <w:color w:val="auto"/>
          <w:u w:val="single"/>
        </w:rPr>
      </w:pPr>
      <w:r w:rsidRPr="00450936">
        <w:rPr>
          <w:b/>
          <w:color w:val="auto"/>
          <w:sz w:val="26"/>
        </w:rPr>
        <w:lastRenderedPageBreak/>
        <w:t xml:space="preserve">3. </w:t>
      </w:r>
      <w:r w:rsidRPr="00450936">
        <w:rPr>
          <w:b/>
          <w:color w:val="auto"/>
          <w:sz w:val="26"/>
          <w:u w:val="single"/>
        </w:rPr>
        <w:t xml:space="preserve">Piano Annuale delle Unità di Apprendimento (UDA) – </w:t>
      </w:r>
      <w:r w:rsidR="005A4CA3">
        <w:rPr>
          <w:b/>
          <w:color w:val="auto"/>
          <w:sz w:val="26"/>
          <w:u w:val="single"/>
        </w:rPr>
        <w:t>KICKSTART 2</w:t>
      </w:r>
    </w:p>
    <w:tbl>
      <w:tblPr>
        <w:tblW w:w="9909" w:type="dxa"/>
        <w:tblLayout w:type="fixed"/>
        <w:tblLook w:val="04A0" w:firstRow="1" w:lastRow="0" w:firstColumn="1" w:lastColumn="0" w:noHBand="0" w:noVBand="1"/>
      </w:tblPr>
      <w:tblGrid>
        <w:gridCol w:w="8965"/>
        <w:gridCol w:w="236"/>
        <w:gridCol w:w="236"/>
        <w:gridCol w:w="236"/>
        <w:gridCol w:w="236"/>
      </w:tblGrid>
      <w:tr w:rsidR="00C84615" w14:paraId="11FF6CB9" w14:textId="77777777" w:rsidTr="005A4CA3">
        <w:tc>
          <w:tcPr>
            <w:tcW w:w="8995" w:type="dxa"/>
          </w:tcPr>
          <w:p w14:paraId="5C101AAF" w14:textId="29B24567" w:rsidR="00A80247" w:rsidRPr="00A80247" w:rsidRDefault="00A80247" w:rsidP="00A80247">
            <w:pPr>
              <w:spacing w:after="0"/>
              <w:rPr>
                <w:b/>
                <w:bCs/>
                <w:color w:val="002060"/>
                <w:sz w:val="18"/>
                <w:lang w:val="it-IT"/>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545"/>
              <w:gridCol w:w="2185"/>
              <w:gridCol w:w="1652"/>
              <w:gridCol w:w="1566"/>
              <w:gridCol w:w="1815"/>
            </w:tblGrid>
            <w:tr w:rsidR="00A80247" w:rsidRPr="00A80247" w14:paraId="3CC022D7" w14:textId="77777777" w:rsidTr="005A4CA3">
              <w:trPr>
                <w:tblHeader/>
                <w:tblCellSpacing w:w="15" w:type="dxa"/>
              </w:trPr>
              <w:tc>
                <w:tcPr>
                  <w:tcW w:w="15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195EA7" w14:textId="77777777" w:rsidR="008161B1" w:rsidRDefault="008161B1" w:rsidP="00A80247">
                  <w:pPr>
                    <w:spacing w:after="0"/>
                    <w:rPr>
                      <w:b/>
                      <w:bCs/>
                      <w:color w:val="auto"/>
                      <w:sz w:val="18"/>
                      <w:lang w:val="it-IT"/>
                    </w:rPr>
                  </w:pPr>
                  <w:r>
                    <w:rPr>
                      <w:b/>
                      <w:bCs/>
                      <w:color w:val="auto"/>
                      <w:sz w:val="18"/>
                      <w:lang w:val="it-IT"/>
                    </w:rPr>
                    <w:t>UDA/</w:t>
                  </w:r>
                </w:p>
                <w:p w14:paraId="70DC9106" w14:textId="47CB3E14" w:rsidR="00A80247" w:rsidRPr="005A4CA3" w:rsidRDefault="008161B1" w:rsidP="00A80247">
                  <w:pPr>
                    <w:spacing w:after="0"/>
                    <w:rPr>
                      <w:b/>
                      <w:color w:val="auto"/>
                      <w:sz w:val="18"/>
                      <w:lang w:val="it-IT"/>
                    </w:rPr>
                  </w:pPr>
                  <w:r>
                    <w:rPr>
                      <w:b/>
                      <w:bCs/>
                      <w:color w:val="auto"/>
                      <w:sz w:val="18"/>
                      <w:lang w:val="it-IT"/>
                    </w:rPr>
                    <w:t>PERIODO</w:t>
                  </w:r>
                </w:p>
              </w:tc>
              <w:tc>
                <w:tcPr>
                  <w:tcW w:w="21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DCA2AE" w14:textId="77777777" w:rsidR="00A80247" w:rsidRDefault="008161B1" w:rsidP="00A80247">
                  <w:pPr>
                    <w:spacing w:after="0"/>
                    <w:rPr>
                      <w:b/>
                      <w:bCs/>
                      <w:color w:val="auto"/>
                      <w:sz w:val="18"/>
                      <w:lang w:val="it-IT"/>
                    </w:rPr>
                  </w:pPr>
                  <w:r>
                    <w:rPr>
                      <w:b/>
                      <w:bCs/>
                      <w:color w:val="auto"/>
                      <w:sz w:val="18"/>
                      <w:lang w:val="it-IT"/>
                    </w:rPr>
                    <w:t>OBIETTIVI</w:t>
                  </w:r>
                </w:p>
                <w:p w14:paraId="58B49122" w14:textId="0C48BE61" w:rsidR="008161B1" w:rsidRPr="005A4CA3" w:rsidRDefault="008161B1" w:rsidP="00A80247">
                  <w:pPr>
                    <w:spacing w:after="0"/>
                    <w:rPr>
                      <w:b/>
                      <w:color w:val="auto"/>
                      <w:sz w:val="18"/>
                      <w:lang w:val="it-IT"/>
                    </w:rPr>
                  </w:pPr>
                  <w:r>
                    <w:rPr>
                      <w:b/>
                      <w:bCs/>
                      <w:color w:val="auto"/>
                      <w:sz w:val="18"/>
                      <w:lang w:val="it-IT"/>
                    </w:rPr>
                    <w:t>TRAGUARDI 2026</w:t>
                  </w:r>
                </w:p>
              </w:tc>
              <w:tc>
                <w:tcPr>
                  <w:tcW w:w="162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30AC3B" w14:textId="42957A49" w:rsidR="00A80247" w:rsidRPr="005A4CA3" w:rsidRDefault="00683226" w:rsidP="00A80247">
                  <w:pPr>
                    <w:spacing w:after="0"/>
                    <w:rPr>
                      <w:b/>
                      <w:color w:val="auto"/>
                      <w:sz w:val="18"/>
                      <w:lang w:val="it-IT"/>
                    </w:rPr>
                  </w:pPr>
                  <w:proofErr w:type="spellStart"/>
                  <w:r w:rsidRPr="00793F2F">
                    <w:rPr>
                      <w:b/>
                      <w:color w:val="002060"/>
                      <w:sz w:val="18"/>
                    </w:rPr>
                    <w:t>Abilità</w:t>
                  </w:r>
                  <w:proofErr w:type="spellEnd"/>
                  <w:r w:rsidRPr="00793F2F">
                    <w:rPr>
                      <w:b/>
                      <w:color w:val="002060"/>
                      <w:sz w:val="18"/>
                    </w:rPr>
                    <w:t xml:space="preserve"> </w:t>
                  </w:r>
                  <w:proofErr w:type="spellStart"/>
                  <w:r w:rsidRPr="00793F2F">
                    <w:rPr>
                      <w:b/>
                      <w:color w:val="002060"/>
                      <w:sz w:val="18"/>
                    </w:rPr>
                    <w:t>Comunicative</w:t>
                  </w:r>
                  <w:proofErr w:type="spellEnd"/>
                  <w:r w:rsidRPr="00793F2F">
                    <w:rPr>
                      <w:b/>
                      <w:color w:val="002060"/>
                      <w:sz w:val="18"/>
                    </w:rPr>
                    <w:t xml:space="preserve"> &amp; </w:t>
                  </w:r>
                  <w:proofErr w:type="spellStart"/>
                  <w:r w:rsidRPr="00793F2F">
                    <w:rPr>
                      <w:b/>
                      <w:color w:val="002060"/>
                      <w:sz w:val="18"/>
                    </w:rPr>
                    <w:t>Funzioni</w:t>
                  </w:r>
                  <w:proofErr w:type="spellEnd"/>
                </w:p>
              </w:tc>
              <w:tc>
                <w:tcPr>
                  <w:tcW w:w="153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4C15F8" w14:textId="5742DB9F" w:rsidR="00A80247" w:rsidRPr="005A4CA3" w:rsidRDefault="001065E1" w:rsidP="00A80247">
                  <w:pPr>
                    <w:spacing w:after="0"/>
                    <w:rPr>
                      <w:b/>
                      <w:color w:val="auto"/>
                      <w:sz w:val="18"/>
                      <w:lang w:val="it-IT"/>
                    </w:rPr>
                  </w:pPr>
                  <w:proofErr w:type="spellStart"/>
                  <w:r w:rsidRPr="00793F2F">
                    <w:rPr>
                      <w:b/>
                      <w:color w:val="002060"/>
                      <w:sz w:val="18"/>
                    </w:rPr>
                    <w:t>Integrazione</w:t>
                  </w:r>
                  <w:proofErr w:type="spellEnd"/>
                  <w:r w:rsidRPr="00793F2F">
                    <w:rPr>
                      <w:b/>
                      <w:color w:val="002060"/>
                      <w:sz w:val="18"/>
                    </w:rPr>
                    <w:t xml:space="preserve"> Agenda 2030</w:t>
                  </w:r>
                </w:p>
              </w:tc>
              <w:tc>
                <w:tcPr>
                  <w:tcW w:w="17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F3B052" w14:textId="536A2062" w:rsidR="00A80247" w:rsidRPr="005A4CA3" w:rsidRDefault="0038525B" w:rsidP="00A80247">
                  <w:pPr>
                    <w:spacing w:after="0"/>
                    <w:rPr>
                      <w:b/>
                      <w:color w:val="auto"/>
                      <w:sz w:val="18"/>
                      <w:lang w:val="it-IT"/>
                    </w:rPr>
                  </w:pPr>
                  <w:proofErr w:type="spellStart"/>
                  <w:r w:rsidRPr="00793F2F">
                    <w:rPr>
                      <w:b/>
                      <w:color w:val="002060"/>
                      <w:sz w:val="18"/>
                    </w:rPr>
                    <w:t>Integrazione</w:t>
                  </w:r>
                  <w:proofErr w:type="spellEnd"/>
                  <w:r w:rsidRPr="00793F2F">
                    <w:rPr>
                      <w:b/>
                      <w:color w:val="002060"/>
                      <w:sz w:val="18"/>
                    </w:rPr>
                    <w:t xml:space="preserve"> </w:t>
                  </w:r>
                  <w:proofErr w:type="spellStart"/>
                  <w:r w:rsidRPr="00793F2F">
                    <w:rPr>
                      <w:b/>
                      <w:color w:val="002060"/>
                      <w:sz w:val="18"/>
                    </w:rPr>
                    <w:t>DigComp</w:t>
                  </w:r>
                  <w:proofErr w:type="spellEnd"/>
                  <w:r w:rsidRPr="00793F2F">
                    <w:rPr>
                      <w:b/>
                      <w:color w:val="002060"/>
                      <w:sz w:val="18"/>
                    </w:rPr>
                    <w:t xml:space="preserve"> 2.2</w:t>
                  </w:r>
                </w:p>
              </w:tc>
            </w:tr>
            <w:tr w:rsidR="00A80247" w:rsidRPr="00A80247" w14:paraId="7A2DDF24" w14:textId="77777777" w:rsidTr="005A4CA3">
              <w:trPr>
                <w:tblCellSpacing w:w="15" w:type="dxa"/>
              </w:trPr>
              <w:tc>
                <w:tcPr>
                  <w:tcW w:w="15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055EE8" w14:textId="77777777" w:rsidR="00A80247" w:rsidRPr="00BD00B4" w:rsidRDefault="00A80247" w:rsidP="00A80247">
                  <w:pPr>
                    <w:spacing w:after="0"/>
                    <w:rPr>
                      <w:color w:val="auto"/>
                      <w:sz w:val="18"/>
                      <w:lang w:val="it-IT"/>
                    </w:rPr>
                  </w:pPr>
                  <w:r w:rsidRPr="00BD00B4">
                    <w:rPr>
                      <w:color w:val="auto"/>
                      <w:sz w:val="18"/>
                      <w:lang w:val="it-IT"/>
                    </w:rPr>
                    <w:t>Q1 - Unità 1</w:t>
                  </w:r>
                </w:p>
                <w:p w14:paraId="1316CB17" w14:textId="77777777" w:rsidR="00A80247" w:rsidRPr="00BD00B4" w:rsidRDefault="00A80247" w:rsidP="00A80247">
                  <w:pPr>
                    <w:spacing w:after="0"/>
                    <w:rPr>
                      <w:color w:val="auto"/>
                      <w:sz w:val="18"/>
                      <w:lang w:val="it-IT"/>
                    </w:rPr>
                  </w:pPr>
                  <w:r w:rsidRPr="00BD00B4">
                    <w:rPr>
                      <w:color w:val="auto"/>
                      <w:sz w:val="18"/>
                      <w:lang w:val="it-IT"/>
                    </w:rPr>
                    <w:br/>
                  </w:r>
                </w:p>
                <w:p w14:paraId="6C79FEE7" w14:textId="77777777" w:rsidR="00A80247" w:rsidRPr="00BD00B4" w:rsidRDefault="00A80247" w:rsidP="00A80247">
                  <w:pPr>
                    <w:spacing w:after="0"/>
                    <w:rPr>
                      <w:color w:val="auto"/>
                      <w:sz w:val="18"/>
                      <w:lang w:val="it-IT"/>
                    </w:rPr>
                  </w:pPr>
                  <w:r w:rsidRPr="00BD00B4">
                    <w:rPr>
                      <w:i/>
                      <w:iCs/>
                      <w:color w:val="auto"/>
                      <w:sz w:val="18"/>
                      <w:lang w:val="it-IT"/>
                    </w:rPr>
                    <w:t xml:space="preserve">(Settembre - </w:t>
                  </w:r>
                  <w:proofErr w:type="gramStart"/>
                  <w:r w:rsidRPr="00BD00B4">
                    <w:rPr>
                      <w:i/>
                      <w:iCs/>
                      <w:color w:val="auto"/>
                      <w:sz w:val="18"/>
                      <w:lang w:val="it-IT"/>
                    </w:rPr>
                    <w:t>Ottobre</w:t>
                  </w:r>
                  <w:proofErr w:type="gramEnd"/>
                  <w:r w:rsidRPr="00BD00B4">
                    <w:rPr>
                      <w:i/>
                      <w:iCs/>
                      <w:color w:val="auto"/>
                      <w:sz w:val="18"/>
                      <w:lang w:val="it-IT"/>
                    </w:rPr>
                    <w:t>)</w:t>
                  </w:r>
                </w:p>
                <w:p w14:paraId="1F34E40C" w14:textId="77777777" w:rsidR="00A80247" w:rsidRPr="00BD00B4" w:rsidRDefault="00A80247" w:rsidP="00A80247">
                  <w:pPr>
                    <w:spacing w:after="0"/>
                    <w:rPr>
                      <w:color w:val="auto"/>
                      <w:sz w:val="18"/>
                      <w:lang w:val="it-IT"/>
                    </w:rPr>
                  </w:pPr>
                  <w:r w:rsidRPr="00BD00B4">
                    <w:rPr>
                      <w:color w:val="auto"/>
                      <w:sz w:val="18"/>
                      <w:lang w:val="it-IT"/>
                    </w:rPr>
                    <w:br/>
                  </w:r>
                </w:p>
                <w:p w14:paraId="4B1D6B36" w14:textId="77777777" w:rsidR="00A80247" w:rsidRPr="00BD00B4" w:rsidRDefault="00A80247" w:rsidP="00A80247">
                  <w:pPr>
                    <w:spacing w:after="0"/>
                    <w:rPr>
                      <w:color w:val="auto"/>
                      <w:sz w:val="18"/>
                      <w:lang w:val="it-IT"/>
                    </w:rPr>
                  </w:pPr>
                  <w:r w:rsidRPr="00BD00B4">
                    <w:rPr>
                      <w:color w:val="auto"/>
                      <w:sz w:val="18"/>
                      <w:lang w:val="it-IT"/>
                    </w:rPr>
                    <w:t>Daily Routine &amp; Free Time</w:t>
                  </w:r>
                </w:p>
              </w:tc>
              <w:tc>
                <w:tcPr>
                  <w:tcW w:w="21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A6E211" w14:textId="77777777" w:rsidR="00A80247" w:rsidRPr="00BD00B4" w:rsidRDefault="00A80247" w:rsidP="00A80247">
                  <w:pPr>
                    <w:spacing w:after="0"/>
                    <w:rPr>
                      <w:color w:val="auto"/>
                      <w:sz w:val="18"/>
                      <w:lang w:val="it-IT"/>
                    </w:rPr>
                  </w:pPr>
                  <w:r w:rsidRPr="00BD00B4">
                    <w:rPr>
                      <w:color w:val="auto"/>
                      <w:sz w:val="18"/>
                      <w:lang w:val="it-IT"/>
                    </w:rPr>
                    <w:t>Lessico: Attività quotidiane, tempo libero, routine.</w:t>
                  </w:r>
                </w:p>
                <w:p w14:paraId="173B6BC9" w14:textId="77777777" w:rsidR="00A80247" w:rsidRPr="00BD00B4" w:rsidRDefault="00A80247" w:rsidP="00A80247">
                  <w:pPr>
                    <w:spacing w:after="0"/>
                    <w:rPr>
                      <w:color w:val="auto"/>
                      <w:sz w:val="18"/>
                      <w:lang w:val="it-IT"/>
                    </w:rPr>
                  </w:pPr>
                  <w:r w:rsidRPr="00BD00B4">
                    <w:rPr>
                      <w:color w:val="auto"/>
                      <w:sz w:val="18"/>
                      <w:lang w:val="it-IT"/>
                    </w:rPr>
                    <w:br/>
                  </w:r>
                </w:p>
                <w:p w14:paraId="5DA2CE0B" w14:textId="77777777" w:rsidR="00A80247" w:rsidRPr="00BD00B4" w:rsidRDefault="00A80247" w:rsidP="00A80247">
                  <w:pPr>
                    <w:spacing w:after="0"/>
                    <w:rPr>
                      <w:color w:val="auto"/>
                      <w:sz w:val="18"/>
                      <w:lang w:val="it-IT"/>
                    </w:rPr>
                  </w:pPr>
                  <w:r w:rsidRPr="00BD00B4">
                    <w:rPr>
                      <w:color w:val="auto"/>
                      <w:sz w:val="18"/>
                      <w:lang w:val="it-IT"/>
                    </w:rPr>
                    <w:t xml:space="preserve">Grammatica: Present Simple vs Present </w:t>
                  </w:r>
                  <w:proofErr w:type="spellStart"/>
                  <w:r w:rsidRPr="00BD00B4">
                    <w:rPr>
                      <w:color w:val="auto"/>
                      <w:sz w:val="18"/>
                      <w:lang w:val="it-IT"/>
                    </w:rPr>
                    <w:t>Continuous</w:t>
                  </w:r>
                  <w:proofErr w:type="spellEnd"/>
                  <w:r w:rsidRPr="00BD00B4">
                    <w:rPr>
                      <w:color w:val="auto"/>
                      <w:sz w:val="18"/>
                      <w:lang w:val="it-IT"/>
                    </w:rPr>
                    <w:t>, Avverbi di frequenza.</w:t>
                  </w:r>
                </w:p>
              </w:tc>
              <w:tc>
                <w:tcPr>
                  <w:tcW w:w="162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C75589" w14:textId="77777777" w:rsidR="00A80247" w:rsidRPr="00BD00B4" w:rsidRDefault="00A80247" w:rsidP="00A80247">
                  <w:pPr>
                    <w:spacing w:after="0"/>
                    <w:rPr>
                      <w:color w:val="auto"/>
                      <w:sz w:val="18"/>
                      <w:lang w:val="it-IT"/>
                    </w:rPr>
                  </w:pPr>
                  <w:r w:rsidRPr="00BD00B4">
                    <w:rPr>
                      <w:color w:val="auto"/>
                      <w:sz w:val="18"/>
                      <w:lang w:val="it-IT"/>
                    </w:rPr>
                    <w:t>Comunicazione e Interazione:</w:t>
                  </w:r>
                </w:p>
                <w:p w14:paraId="7F2944EE" w14:textId="77777777" w:rsidR="00A80247" w:rsidRPr="00BD00B4" w:rsidRDefault="00A80247" w:rsidP="00A80247">
                  <w:pPr>
                    <w:spacing w:after="0"/>
                    <w:rPr>
                      <w:color w:val="auto"/>
                      <w:sz w:val="18"/>
                      <w:lang w:val="it-IT"/>
                    </w:rPr>
                  </w:pPr>
                  <w:r w:rsidRPr="00BD00B4">
                    <w:rPr>
                      <w:color w:val="auto"/>
                      <w:sz w:val="18"/>
                      <w:lang w:val="it-IT"/>
                    </w:rPr>
                    <w:br/>
                  </w:r>
                </w:p>
                <w:p w14:paraId="6D464855" w14:textId="77777777" w:rsidR="00A80247" w:rsidRPr="00BD00B4" w:rsidRDefault="00A80247" w:rsidP="00A80247">
                  <w:pPr>
                    <w:spacing w:after="0"/>
                    <w:rPr>
                      <w:color w:val="auto"/>
                      <w:sz w:val="18"/>
                      <w:lang w:val="it-IT"/>
                    </w:rPr>
                  </w:pPr>
                  <w:r w:rsidRPr="00BD00B4">
                    <w:rPr>
                      <w:color w:val="auto"/>
                      <w:sz w:val="18"/>
                      <w:lang w:val="it-IT"/>
                    </w:rPr>
                    <w:t>Riferire di sé e dei propri ritmi quotidiani. Uso del vocabolario appropriato in conversazioni brevi.</w:t>
                  </w:r>
                </w:p>
              </w:tc>
              <w:tc>
                <w:tcPr>
                  <w:tcW w:w="153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51D80B" w14:textId="77777777" w:rsidR="00A80247" w:rsidRPr="00BD00B4" w:rsidRDefault="00A80247" w:rsidP="00A80247">
                  <w:pPr>
                    <w:spacing w:after="0"/>
                    <w:rPr>
                      <w:color w:val="auto"/>
                      <w:sz w:val="18"/>
                      <w:lang w:val="it-IT"/>
                    </w:rPr>
                  </w:pPr>
                  <w:r w:rsidRPr="00BD00B4">
                    <w:rPr>
                      <w:color w:val="auto"/>
                      <w:sz w:val="18"/>
                      <w:lang w:val="it-IT"/>
                    </w:rPr>
                    <w:t>Goal 3: Salute e Benessere</w:t>
                  </w:r>
                </w:p>
                <w:p w14:paraId="2AD9FEE1" w14:textId="77777777" w:rsidR="00A80247" w:rsidRPr="00BD00B4" w:rsidRDefault="00A80247" w:rsidP="00A80247">
                  <w:pPr>
                    <w:spacing w:after="0"/>
                    <w:rPr>
                      <w:color w:val="auto"/>
                      <w:sz w:val="18"/>
                      <w:lang w:val="it-IT"/>
                    </w:rPr>
                  </w:pPr>
                  <w:r w:rsidRPr="00BD00B4">
                    <w:rPr>
                      <w:color w:val="auto"/>
                      <w:sz w:val="18"/>
                      <w:lang w:val="it-IT"/>
                    </w:rPr>
                    <w:br/>
                  </w:r>
                </w:p>
                <w:p w14:paraId="0813D243" w14:textId="77777777" w:rsidR="00A80247" w:rsidRPr="00BD00B4" w:rsidRDefault="00A80247" w:rsidP="00A80247">
                  <w:pPr>
                    <w:spacing w:after="0"/>
                    <w:rPr>
                      <w:color w:val="auto"/>
                      <w:sz w:val="18"/>
                      <w:lang w:val="it-IT"/>
                    </w:rPr>
                  </w:pPr>
                  <w:r w:rsidRPr="00BD00B4">
                    <w:rPr>
                      <w:color w:val="auto"/>
                      <w:sz w:val="18"/>
                      <w:lang w:val="it-IT"/>
                    </w:rPr>
                    <w:t>Discussione sull'importanza dello sport e di un'equilibrata gestione del tempo libero.</w:t>
                  </w:r>
                </w:p>
              </w:tc>
              <w:tc>
                <w:tcPr>
                  <w:tcW w:w="17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76039E" w14:textId="77777777" w:rsidR="00A80247" w:rsidRPr="00BD00B4" w:rsidRDefault="00A80247" w:rsidP="00A80247">
                  <w:pPr>
                    <w:spacing w:after="0"/>
                    <w:rPr>
                      <w:color w:val="auto"/>
                      <w:sz w:val="18"/>
                      <w:lang w:val="it-IT"/>
                    </w:rPr>
                  </w:pPr>
                  <w:r w:rsidRPr="00BD00B4">
                    <w:rPr>
                      <w:color w:val="auto"/>
                      <w:sz w:val="18"/>
                      <w:lang w:val="it-IT"/>
                    </w:rPr>
                    <w:t>1.1 Navigare e Filtrare:</w:t>
                  </w:r>
                </w:p>
                <w:p w14:paraId="7975B5D6" w14:textId="77777777" w:rsidR="00A80247" w:rsidRPr="00BD00B4" w:rsidRDefault="00A80247" w:rsidP="00A80247">
                  <w:pPr>
                    <w:spacing w:after="0"/>
                    <w:rPr>
                      <w:color w:val="auto"/>
                      <w:sz w:val="18"/>
                      <w:lang w:val="it-IT"/>
                    </w:rPr>
                  </w:pPr>
                  <w:r w:rsidRPr="00BD00B4">
                    <w:rPr>
                      <w:color w:val="auto"/>
                      <w:sz w:val="18"/>
                      <w:lang w:val="it-IT"/>
                    </w:rPr>
                    <w:br/>
                  </w:r>
                </w:p>
                <w:p w14:paraId="33CDD33F" w14:textId="77777777" w:rsidR="00A80247" w:rsidRPr="00BD00B4" w:rsidRDefault="00A80247" w:rsidP="00A80247">
                  <w:pPr>
                    <w:spacing w:after="0"/>
                    <w:rPr>
                      <w:color w:val="auto"/>
                      <w:sz w:val="18"/>
                      <w:lang w:val="it-IT"/>
                    </w:rPr>
                  </w:pPr>
                  <w:r w:rsidRPr="00BD00B4">
                    <w:rPr>
                      <w:color w:val="auto"/>
                      <w:sz w:val="18"/>
                      <w:lang w:val="it-IT"/>
                    </w:rPr>
                    <w:t>Ricerca di orari o calendari di attività sportive su siti in lingua inglese.</w:t>
                  </w:r>
                </w:p>
              </w:tc>
            </w:tr>
            <w:tr w:rsidR="00A80247" w:rsidRPr="00A80247" w14:paraId="3A312B44" w14:textId="77777777" w:rsidTr="005A4CA3">
              <w:trPr>
                <w:tblCellSpacing w:w="15" w:type="dxa"/>
              </w:trPr>
              <w:tc>
                <w:tcPr>
                  <w:tcW w:w="15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D65E51" w14:textId="77777777" w:rsidR="00A80247" w:rsidRPr="00BD00B4" w:rsidRDefault="00A80247" w:rsidP="00A80247">
                  <w:pPr>
                    <w:spacing w:after="0"/>
                    <w:rPr>
                      <w:color w:val="auto"/>
                      <w:sz w:val="18"/>
                      <w:lang w:val="it-IT"/>
                    </w:rPr>
                  </w:pPr>
                  <w:r w:rsidRPr="00BD00B4">
                    <w:rPr>
                      <w:color w:val="auto"/>
                      <w:sz w:val="18"/>
                      <w:lang w:val="it-IT"/>
                    </w:rPr>
                    <w:t>Q1 - Unità 2</w:t>
                  </w:r>
                </w:p>
                <w:p w14:paraId="56ED152D" w14:textId="77777777" w:rsidR="00A80247" w:rsidRPr="00BD00B4" w:rsidRDefault="00A80247" w:rsidP="00A80247">
                  <w:pPr>
                    <w:spacing w:after="0"/>
                    <w:rPr>
                      <w:color w:val="auto"/>
                      <w:sz w:val="18"/>
                      <w:lang w:val="it-IT"/>
                    </w:rPr>
                  </w:pPr>
                  <w:r w:rsidRPr="00BD00B4">
                    <w:rPr>
                      <w:color w:val="auto"/>
                      <w:sz w:val="18"/>
                      <w:lang w:val="it-IT"/>
                    </w:rPr>
                    <w:br/>
                  </w:r>
                </w:p>
                <w:p w14:paraId="605251B0" w14:textId="77777777" w:rsidR="00A80247" w:rsidRPr="00BD00B4" w:rsidRDefault="00A80247" w:rsidP="00A80247">
                  <w:pPr>
                    <w:spacing w:after="0"/>
                    <w:rPr>
                      <w:color w:val="auto"/>
                      <w:sz w:val="18"/>
                      <w:lang w:val="it-IT"/>
                    </w:rPr>
                  </w:pPr>
                  <w:r w:rsidRPr="00BD00B4">
                    <w:rPr>
                      <w:i/>
                      <w:iCs/>
                      <w:color w:val="auto"/>
                      <w:sz w:val="18"/>
                      <w:lang w:val="it-IT"/>
                    </w:rPr>
                    <w:t>(Novembre)</w:t>
                  </w:r>
                </w:p>
                <w:p w14:paraId="5114ADD2" w14:textId="77777777" w:rsidR="00A80247" w:rsidRPr="00BD00B4" w:rsidRDefault="00A80247" w:rsidP="00A80247">
                  <w:pPr>
                    <w:spacing w:after="0"/>
                    <w:rPr>
                      <w:color w:val="auto"/>
                      <w:sz w:val="18"/>
                      <w:lang w:val="it-IT"/>
                    </w:rPr>
                  </w:pPr>
                  <w:r w:rsidRPr="00BD00B4">
                    <w:rPr>
                      <w:color w:val="auto"/>
                      <w:sz w:val="18"/>
                      <w:lang w:val="it-IT"/>
                    </w:rPr>
                    <w:br/>
                  </w:r>
                </w:p>
                <w:p w14:paraId="215D25CF" w14:textId="77777777" w:rsidR="00A80247" w:rsidRPr="00BD00B4" w:rsidRDefault="00A80247" w:rsidP="00A80247">
                  <w:pPr>
                    <w:spacing w:after="0"/>
                    <w:rPr>
                      <w:color w:val="auto"/>
                      <w:sz w:val="18"/>
                      <w:lang w:val="it-IT"/>
                    </w:rPr>
                  </w:pPr>
                  <w:r w:rsidRPr="00BD00B4">
                    <w:rPr>
                      <w:color w:val="auto"/>
                      <w:sz w:val="18"/>
                      <w:lang w:val="it-IT"/>
                    </w:rPr>
                    <w:t xml:space="preserve">Food &amp; </w:t>
                  </w:r>
                  <w:proofErr w:type="spellStart"/>
                  <w:r w:rsidRPr="00BD00B4">
                    <w:rPr>
                      <w:color w:val="auto"/>
                      <w:sz w:val="18"/>
                      <w:lang w:val="it-IT"/>
                    </w:rPr>
                    <w:t>Healthy</w:t>
                  </w:r>
                  <w:proofErr w:type="spellEnd"/>
                  <w:r w:rsidRPr="00BD00B4">
                    <w:rPr>
                      <w:color w:val="auto"/>
                      <w:sz w:val="18"/>
                      <w:lang w:val="it-IT"/>
                    </w:rPr>
                    <w:t xml:space="preserve"> Living</w:t>
                  </w:r>
                </w:p>
              </w:tc>
              <w:tc>
                <w:tcPr>
                  <w:tcW w:w="21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804BD8" w14:textId="77777777" w:rsidR="00A80247" w:rsidRPr="00BD00B4" w:rsidRDefault="00A80247" w:rsidP="00A80247">
                  <w:pPr>
                    <w:spacing w:after="0"/>
                    <w:rPr>
                      <w:color w:val="auto"/>
                      <w:sz w:val="18"/>
                      <w:lang w:val="it-IT"/>
                    </w:rPr>
                  </w:pPr>
                  <w:r w:rsidRPr="00BD00B4">
                    <w:rPr>
                      <w:color w:val="auto"/>
                      <w:sz w:val="18"/>
                      <w:lang w:val="it-IT"/>
                    </w:rPr>
                    <w:t>Lessico: Cibo, bevande, quantità, contenitori.</w:t>
                  </w:r>
                </w:p>
                <w:p w14:paraId="0DEA688D" w14:textId="77777777" w:rsidR="00A80247" w:rsidRPr="00BD00B4" w:rsidRDefault="00A80247" w:rsidP="00A80247">
                  <w:pPr>
                    <w:spacing w:after="0"/>
                    <w:rPr>
                      <w:color w:val="auto"/>
                      <w:sz w:val="18"/>
                      <w:lang w:val="it-IT"/>
                    </w:rPr>
                  </w:pPr>
                  <w:r w:rsidRPr="00BD00B4">
                    <w:rPr>
                      <w:color w:val="auto"/>
                      <w:sz w:val="18"/>
                      <w:lang w:val="it-IT"/>
                    </w:rPr>
                    <w:br/>
                  </w:r>
                </w:p>
                <w:p w14:paraId="74B99CD8" w14:textId="77777777" w:rsidR="00A80247" w:rsidRPr="00BD00B4" w:rsidRDefault="00A80247" w:rsidP="00A80247">
                  <w:pPr>
                    <w:spacing w:after="0"/>
                    <w:rPr>
                      <w:color w:val="auto"/>
                      <w:sz w:val="18"/>
                      <w:lang w:val="it-IT"/>
                    </w:rPr>
                  </w:pPr>
                  <w:r w:rsidRPr="00BD00B4">
                    <w:rPr>
                      <w:color w:val="auto"/>
                      <w:sz w:val="18"/>
                      <w:lang w:val="it-IT"/>
                    </w:rPr>
                    <w:t xml:space="preserve">Grammatica: Sostantivi </w:t>
                  </w:r>
                  <w:proofErr w:type="spellStart"/>
                  <w:r w:rsidRPr="00BD00B4">
                    <w:rPr>
                      <w:color w:val="auto"/>
                      <w:sz w:val="18"/>
                      <w:lang w:val="it-IT"/>
                    </w:rPr>
                    <w:t>countable</w:t>
                  </w:r>
                  <w:proofErr w:type="spellEnd"/>
                  <w:r w:rsidRPr="00BD00B4">
                    <w:rPr>
                      <w:color w:val="auto"/>
                      <w:sz w:val="18"/>
                      <w:lang w:val="it-IT"/>
                    </w:rPr>
                    <w:t>/</w:t>
                  </w:r>
                  <w:proofErr w:type="spellStart"/>
                  <w:r w:rsidRPr="00BD00B4">
                    <w:rPr>
                      <w:color w:val="auto"/>
                      <w:sz w:val="18"/>
                      <w:lang w:val="it-IT"/>
                    </w:rPr>
                    <w:t>uncountable</w:t>
                  </w:r>
                  <w:proofErr w:type="spellEnd"/>
                  <w:r w:rsidRPr="00BD00B4">
                    <w:rPr>
                      <w:color w:val="auto"/>
                      <w:sz w:val="18"/>
                      <w:lang w:val="it-IT"/>
                    </w:rPr>
                    <w:t xml:space="preserve">, </w:t>
                  </w:r>
                  <w:r w:rsidRPr="00BD00B4">
                    <w:rPr>
                      <w:i/>
                      <w:iCs/>
                      <w:color w:val="auto"/>
                      <w:sz w:val="18"/>
                      <w:lang w:val="it-IT"/>
                    </w:rPr>
                    <w:t>some/</w:t>
                  </w:r>
                  <w:proofErr w:type="spellStart"/>
                  <w:r w:rsidRPr="00BD00B4">
                    <w:rPr>
                      <w:i/>
                      <w:iCs/>
                      <w:color w:val="auto"/>
                      <w:sz w:val="18"/>
                      <w:lang w:val="it-IT"/>
                    </w:rPr>
                    <w:t>any</w:t>
                  </w:r>
                  <w:proofErr w:type="spellEnd"/>
                  <w:r w:rsidRPr="00BD00B4">
                    <w:rPr>
                      <w:color w:val="auto"/>
                      <w:sz w:val="18"/>
                      <w:lang w:val="it-IT"/>
                    </w:rPr>
                    <w:t xml:space="preserve">, </w:t>
                  </w:r>
                  <w:proofErr w:type="spellStart"/>
                  <w:r w:rsidRPr="00BD00B4">
                    <w:rPr>
                      <w:i/>
                      <w:iCs/>
                      <w:color w:val="auto"/>
                      <w:sz w:val="18"/>
                      <w:lang w:val="it-IT"/>
                    </w:rPr>
                    <w:t>much</w:t>
                  </w:r>
                  <w:proofErr w:type="spellEnd"/>
                  <w:r w:rsidRPr="00BD00B4">
                    <w:rPr>
                      <w:i/>
                      <w:iCs/>
                      <w:color w:val="auto"/>
                      <w:sz w:val="18"/>
                      <w:lang w:val="it-IT"/>
                    </w:rPr>
                    <w:t>/</w:t>
                  </w:r>
                  <w:proofErr w:type="spellStart"/>
                  <w:r w:rsidRPr="00BD00B4">
                    <w:rPr>
                      <w:i/>
                      <w:iCs/>
                      <w:color w:val="auto"/>
                      <w:sz w:val="18"/>
                      <w:lang w:val="it-IT"/>
                    </w:rPr>
                    <w:t>many</w:t>
                  </w:r>
                  <w:proofErr w:type="spellEnd"/>
                  <w:r w:rsidRPr="00BD00B4">
                    <w:rPr>
                      <w:color w:val="auto"/>
                      <w:sz w:val="18"/>
                      <w:lang w:val="it-IT"/>
                    </w:rPr>
                    <w:t xml:space="preserve">, </w:t>
                  </w:r>
                  <w:r w:rsidRPr="00BD00B4">
                    <w:rPr>
                      <w:i/>
                      <w:iCs/>
                      <w:color w:val="auto"/>
                      <w:sz w:val="18"/>
                      <w:lang w:val="it-IT"/>
                    </w:rPr>
                    <w:t xml:space="preserve">a </w:t>
                  </w:r>
                  <w:proofErr w:type="spellStart"/>
                  <w:r w:rsidRPr="00BD00B4">
                    <w:rPr>
                      <w:i/>
                      <w:iCs/>
                      <w:color w:val="auto"/>
                      <w:sz w:val="18"/>
                      <w:lang w:val="it-IT"/>
                    </w:rPr>
                    <w:t>lot</w:t>
                  </w:r>
                  <w:proofErr w:type="spellEnd"/>
                  <w:r w:rsidRPr="00BD00B4">
                    <w:rPr>
                      <w:i/>
                      <w:iCs/>
                      <w:color w:val="auto"/>
                      <w:sz w:val="18"/>
                      <w:lang w:val="it-IT"/>
                    </w:rPr>
                    <w:t xml:space="preserve"> of</w:t>
                  </w:r>
                  <w:r w:rsidRPr="00BD00B4">
                    <w:rPr>
                      <w:color w:val="auto"/>
                      <w:sz w:val="18"/>
                      <w:lang w:val="it-IT"/>
                    </w:rPr>
                    <w:t>.</w:t>
                  </w:r>
                </w:p>
              </w:tc>
              <w:tc>
                <w:tcPr>
                  <w:tcW w:w="162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C31072" w14:textId="77777777" w:rsidR="00A80247" w:rsidRPr="00BD00B4" w:rsidRDefault="00A80247" w:rsidP="00A80247">
                  <w:pPr>
                    <w:spacing w:after="0"/>
                    <w:rPr>
                      <w:color w:val="auto"/>
                      <w:sz w:val="18"/>
                      <w:lang w:val="it-IT"/>
                    </w:rPr>
                  </w:pPr>
                  <w:r w:rsidRPr="00BD00B4">
                    <w:rPr>
                      <w:color w:val="auto"/>
                      <w:sz w:val="18"/>
                      <w:lang w:val="it-IT"/>
                    </w:rPr>
                    <w:t>Mediazione &amp; Testi Autentici:</w:t>
                  </w:r>
                </w:p>
                <w:p w14:paraId="495A9033" w14:textId="77777777" w:rsidR="00A80247" w:rsidRPr="00BD00B4" w:rsidRDefault="00A80247" w:rsidP="00A80247">
                  <w:pPr>
                    <w:spacing w:after="0"/>
                    <w:rPr>
                      <w:color w:val="auto"/>
                      <w:sz w:val="18"/>
                      <w:lang w:val="it-IT"/>
                    </w:rPr>
                  </w:pPr>
                  <w:r w:rsidRPr="00BD00B4">
                    <w:rPr>
                      <w:color w:val="auto"/>
                      <w:sz w:val="18"/>
                      <w:lang w:val="it-IT"/>
                    </w:rPr>
                    <w:br/>
                  </w:r>
                </w:p>
                <w:p w14:paraId="325AC381" w14:textId="77777777" w:rsidR="00A80247" w:rsidRPr="00BD00B4" w:rsidRDefault="00A80247" w:rsidP="00A80247">
                  <w:pPr>
                    <w:spacing w:after="0"/>
                    <w:rPr>
                      <w:color w:val="auto"/>
                      <w:sz w:val="18"/>
                      <w:lang w:val="it-IT"/>
                    </w:rPr>
                  </w:pPr>
                  <w:r w:rsidRPr="00BD00B4">
                    <w:rPr>
                      <w:color w:val="auto"/>
                      <w:sz w:val="18"/>
                      <w:lang w:val="it-IT"/>
                    </w:rPr>
                    <w:t>Lettura guidata di ricette e menu autentici. Confronto tra abitudini alimentari locali e anglofone.</w:t>
                  </w:r>
                </w:p>
              </w:tc>
              <w:tc>
                <w:tcPr>
                  <w:tcW w:w="153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0AF092" w14:textId="77777777" w:rsidR="00A80247" w:rsidRPr="00BD00B4" w:rsidRDefault="00A80247" w:rsidP="00A80247">
                  <w:pPr>
                    <w:spacing w:after="0"/>
                    <w:rPr>
                      <w:color w:val="auto"/>
                      <w:sz w:val="18"/>
                      <w:lang w:val="it-IT"/>
                    </w:rPr>
                  </w:pPr>
                  <w:r w:rsidRPr="00BD00B4">
                    <w:rPr>
                      <w:color w:val="auto"/>
                      <w:sz w:val="18"/>
                      <w:lang w:val="it-IT"/>
                    </w:rPr>
                    <w:t>Goal 12: Consumo Responsabile</w:t>
                  </w:r>
                </w:p>
                <w:p w14:paraId="41BC0088" w14:textId="77777777" w:rsidR="00A80247" w:rsidRPr="00BD00B4" w:rsidRDefault="00A80247" w:rsidP="00A80247">
                  <w:pPr>
                    <w:spacing w:after="0"/>
                    <w:rPr>
                      <w:color w:val="auto"/>
                      <w:sz w:val="18"/>
                      <w:lang w:val="it-IT"/>
                    </w:rPr>
                  </w:pPr>
                  <w:r w:rsidRPr="00BD00B4">
                    <w:rPr>
                      <w:color w:val="auto"/>
                      <w:sz w:val="18"/>
                      <w:lang w:val="it-IT"/>
                    </w:rPr>
                    <w:br/>
                  </w:r>
                </w:p>
                <w:p w14:paraId="646D4608" w14:textId="77777777" w:rsidR="00A80247" w:rsidRPr="00BD00B4" w:rsidRDefault="00A80247" w:rsidP="00A80247">
                  <w:pPr>
                    <w:spacing w:after="0"/>
                    <w:rPr>
                      <w:color w:val="auto"/>
                      <w:sz w:val="18"/>
                      <w:lang w:val="it-IT"/>
                    </w:rPr>
                  </w:pPr>
                  <w:r w:rsidRPr="00BD00B4">
                    <w:rPr>
                      <w:color w:val="auto"/>
                      <w:sz w:val="18"/>
                      <w:lang w:val="it-IT"/>
                    </w:rPr>
                    <w:t>Analisi dello spreco alimentare e della produzione sostenibile del cibo.</w:t>
                  </w:r>
                </w:p>
              </w:tc>
              <w:tc>
                <w:tcPr>
                  <w:tcW w:w="17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249EEF" w14:textId="77777777" w:rsidR="00A80247" w:rsidRPr="00BD00B4" w:rsidRDefault="00A80247" w:rsidP="00A80247">
                  <w:pPr>
                    <w:spacing w:after="0"/>
                    <w:rPr>
                      <w:color w:val="auto"/>
                      <w:sz w:val="18"/>
                      <w:lang w:val="it-IT"/>
                    </w:rPr>
                  </w:pPr>
                  <w:r w:rsidRPr="00BD00B4">
                    <w:rPr>
                      <w:color w:val="auto"/>
                      <w:sz w:val="18"/>
                      <w:lang w:val="it-IT"/>
                    </w:rPr>
                    <w:t>2.2 Condividere:</w:t>
                  </w:r>
                </w:p>
                <w:p w14:paraId="4AF22498" w14:textId="77777777" w:rsidR="00A80247" w:rsidRPr="00BD00B4" w:rsidRDefault="00A80247" w:rsidP="00A80247">
                  <w:pPr>
                    <w:spacing w:after="0"/>
                    <w:rPr>
                      <w:color w:val="auto"/>
                      <w:sz w:val="18"/>
                      <w:lang w:val="it-IT"/>
                    </w:rPr>
                  </w:pPr>
                  <w:r w:rsidRPr="00BD00B4">
                    <w:rPr>
                      <w:color w:val="auto"/>
                      <w:sz w:val="18"/>
                      <w:lang w:val="it-IT"/>
                    </w:rPr>
                    <w:br/>
                  </w:r>
                </w:p>
                <w:p w14:paraId="4672B907" w14:textId="77777777" w:rsidR="00A80247" w:rsidRPr="00BD00B4" w:rsidRDefault="00A80247" w:rsidP="00A80247">
                  <w:pPr>
                    <w:spacing w:after="0"/>
                    <w:rPr>
                      <w:color w:val="auto"/>
                      <w:sz w:val="18"/>
                      <w:lang w:val="it-IT"/>
                    </w:rPr>
                  </w:pPr>
                  <w:r w:rsidRPr="00BD00B4">
                    <w:rPr>
                      <w:color w:val="auto"/>
                      <w:sz w:val="18"/>
                      <w:lang w:val="it-IT"/>
                    </w:rPr>
                    <w:t>Creazione e condivisione di una ricetta o menu sostenibile usando un documento collaborativo online.</w:t>
                  </w:r>
                </w:p>
              </w:tc>
            </w:tr>
            <w:tr w:rsidR="00A80247" w:rsidRPr="00A80247" w14:paraId="730014C7" w14:textId="77777777" w:rsidTr="005A4CA3">
              <w:trPr>
                <w:tblCellSpacing w:w="15" w:type="dxa"/>
              </w:trPr>
              <w:tc>
                <w:tcPr>
                  <w:tcW w:w="15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55B4DC" w14:textId="77777777" w:rsidR="00A80247" w:rsidRPr="00BD00B4" w:rsidRDefault="00A80247" w:rsidP="00A80247">
                  <w:pPr>
                    <w:spacing w:after="0"/>
                    <w:rPr>
                      <w:color w:val="auto"/>
                      <w:sz w:val="18"/>
                      <w:lang w:val="it-IT"/>
                    </w:rPr>
                  </w:pPr>
                  <w:r w:rsidRPr="00BD00B4">
                    <w:rPr>
                      <w:color w:val="auto"/>
                      <w:sz w:val="18"/>
                      <w:lang w:val="it-IT"/>
                    </w:rPr>
                    <w:t>Q1 - Unità 3</w:t>
                  </w:r>
                </w:p>
                <w:p w14:paraId="720817A3" w14:textId="77777777" w:rsidR="00A80247" w:rsidRPr="00BD00B4" w:rsidRDefault="00A80247" w:rsidP="00A80247">
                  <w:pPr>
                    <w:spacing w:after="0"/>
                    <w:rPr>
                      <w:color w:val="auto"/>
                      <w:sz w:val="18"/>
                      <w:lang w:val="it-IT"/>
                    </w:rPr>
                  </w:pPr>
                  <w:r w:rsidRPr="00BD00B4">
                    <w:rPr>
                      <w:color w:val="auto"/>
                      <w:sz w:val="18"/>
                      <w:lang w:val="it-IT"/>
                    </w:rPr>
                    <w:br/>
                  </w:r>
                </w:p>
                <w:p w14:paraId="3B7FBF80" w14:textId="77777777" w:rsidR="00A80247" w:rsidRPr="00BD00B4" w:rsidRDefault="00A80247" w:rsidP="00A80247">
                  <w:pPr>
                    <w:spacing w:after="0"/>
                    <w:rPr>
                      <w:color w:val="auto"/>
                      <w:sz w:val="18"/>
                      <w:lang w:val="it-IT"/>
                    </w:rPr>
                  </w:pPr>
                  <w:r w:rsidRPr="00BD00B4">
                    <w:rPr>
                      <w:i/>
                      <w:iCs/>
                      <w:color w:val="auto"/>
                      <w:sz w:val="18"/>
                      <w:lang w:val="it-IT"/>
                    </w:rPr>
                    <w:t xml:space="preserve">(Dicembre - </w:t>
                  </w:r>
                  <w:proofErr w:type="gramStart"/>
                  <w:r w:rsidRPr="00BD00B4">
                    <w:rPr>
                      <w:i/>
                      <w:iCs/>
                      <w:color w:val="auto"/>
                      <w:sz w:val="18"/>
                      <w:lang w:val="it-IT"/>
                    </w:rPr>
                    <w:t>Gennaio</w:t>
                  </w:r>
                  <w:proofErr w:type="gramEnd"/>
                  <w:r w:rsidRPr="00BD00B4">
                    <w:rPr>
                      <w:i/>
                      <w:iCs/>
                      <w:color w:val="auto"/>
                      <w:sz w:val="18"/>
                      <w:lang w:val="it-IT"/>
                    </w:rPr>
                    <w:t>)</w:t>
                  </w:r>
                </w:p>
                <w:p w14:paraId="2EE271EF" w14:textId="77777777" w:rsidR="00A80247" w:rsidRPr="00BD00B4" w:rsidRDefault="00A80247" w:rsidP="00A80247">
                  <w:pPr>
                    <w:spacing w:after="0"/>
                    <w:rPr>
                      <w:color w:val="auto"/>
                      <w:sz w:val="18"/>
                      <w:lang w:val="it-IT"/>
                    </w:rPr>
                  </w:pPr>
                  <w:r w:rsidRPr="00BD00B4">
                    <w:rPr>
                      <w:color w:val="auto"/>
                      <w:sz w:val="18"/>
                      <w:lang w:val="it-IT"/>
                    </w:rPr>
                    <w:br/>
                  </w:r>
                </w:p>
                <w:p w14:paraId="4039AEE6" w14:textId="77777777" w:rsidR="00A80247" w:rsidRPr="00BD00B4" w:rsidRDefault="00A80247" w:rsidP="00A80247">
                  <w:pPr>
                    <w:spacing w:after="0"/>
                    <w:rPr>
                      <w:color w:val="auto"/>
                      <w:sz w:val="18"/>
                      <w:lang w:val="it-IT"/>
                    </w:rPr>
                  </w:pPr>
                  <w:r w:rsidRPr="00BD00B4">
                    <w:rPr>
                      <w:color w:val="auto"/>
                      <w:sz w:val="18"/>
                      <w:lang w:val="it-IT"/>
                    </w:rPr>
                    <w:t xml:space="preserve">Past Events &amp; </w:t>
                  </w:r>
                  <w:proofErr w:type="spellStart"/>
                  <w:r w:rsidRPr="00BD00B4">
                    <w:rPr>
                      <w:color w:val="auto"/>
                      <w:sz w:val="18"/>
                      <w:lang w:val="it-IT"/>
                    </w:rPr>
                    <w:t>Memories</w:t>
                  </w:r>
                  <w:proofErr w:type="spellEnd"/>
                </w:p>
              </w:tc>
              <w:tc>
                <w:tcPr>
                  <w:tcW w:w="21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F7758F" w14:textId="77777777" w:rsidR="00A80247" w:rsidRPr="00BD00B4" w:rsidRDefault="00A80247" w:rsidP="00A80247">
                  <w:pPr>
                    <w:spacing w:after="0"/>
                    <w:rPr>
                      <w:color w:val="auto"/>
                      <w:sz w:val="18"/>
                      <w:lang w:val="it-IT"/>
                    </w:rPr>
                  </w:pPr>
                  <w:r w:rsidRPr="00BD00B4">
                    <w:rPr>
                      <w:color w:val="auto"/>
                      <w:sz w:val="18"/>
                      <w:lang w:val="it-IT"/>
                    </w:rPr>
                    <w:t>Lessico: Sentimenti, biografie, anni e date.</w:t>
                  </w:r>
                </w:p>
                <w:p w14:paraId="5365DE24" w14:textId="77777777" w:rsidR="00A80247" w:rsidRPr="00BD00B4" w:rsidRDefault="00A80247" w:rsidP="00A80247">
                  <w:pPr>
                    <w:spacing w:after="0"/>
                    <w:rPr>
                      <w:color w:val="auto"/>
                      <w:sz w:val="18"/>
                      <w:lang w:val="it-IT"/>
                    </w:rPr>
                  </w:pPr>
                  <w:r w:rsidRPr="00BD00B4">
                    <w:rPr>
                      <w:color w:val="auto"/>
                      <w:sz w:val="18"/>
                      <w:lang w:val="it-IT"/>
                    </w:rPr>
                    <w:br/>
                  </w:r>
                </w:p>
                <w:p w14:paraId="0607FA33" w14:textId="77777777" w:rsidR="00A80247" w:rsidRPr="00BD00B4" w:rsidRDefault="00A80247" w:rsidP="00A80247">
                  <w:pPr>
                    <w:spacing w:after="0"/>
                    <w:rPr>
                      <w:color w:val="auto"/>
                      <w:sz w:val="18"/>
                      <w:lang w:val="it-IT"/>
                    </w:rPr>
                  </w:pPr>
                  <w:r w:rsidRPr="00BD00B4">
                    <w:rPr>
                      <w:color w:val="auto"/>
                      <w:sz w:val="18"/>
                      <w:lang w:val="it-IT"/>
                    </w:rPr>
                    <w:t xml:space="preserve">Grammatica: Past Simple di </w:t>
                  </w:r>
                  <w:r w:rsidRPr="00BD00B4">
                    <w:rPr>
                      <w:i/>
                      <w:iCs/>
                      <w:color w:val="auto"/>
                      <w:sz w:val="18"/>
                      <w:lang w:val="it-IT"/>
                    </w:rPr>
                    <w:t>be</w:t>
                  </w:r>
                  <w:r w:rsidRPr="00BD00B4">
                    <w:rPr>
                      <w:color w:val="auto"/>
                      <w:sz w:val="18"/>
                      <w:lang w:val="it-IT"/>
                    </w:rPr>
                    <w:t xml:space="preserve"> e verbi regolari/irregolari, espressioni di tempo passato.</w:t>
                  </w:r>
                </w:p>
              </w:tc>
              <w:tc>
                <w:tcPr>
                  <w:tcW w:w="162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163850" w14:textId="77777777" w:rsidR="00A80247" w:rsidRPr="00BD00B4" w:rsidRDefault="00A80247" w:rsidP="00A80247">
                  <w:pPr>
                    <w:spacing w:after="0"/>
                    <w:rPr>
                      <w:color w:val="auto"/>
                      <w:sz w:val="18"/>
                      <w:lang w:val="it-IT"/>
                    </w:rPr>
                  </w:pPr>
                  <w:r w:rsidRPr="00BD00B4">
                    <w:rPr>
                      <w:color w:val="auto"/>
                      <w:sz w:val="18"/>
                      <w:lang w:val="it-IT"/>
                    </w:rPr>
                    <w:t>Analisi del Testo &amp; Cultura:</w:t>
                  </w:r>
                </w:p>
                <w:p w14:paraId="1E7B4156" w14:textId="77777777" w:rsidR="00A80247" w:rsidRPr="00BD00B4" w:rsidRDefault="00A80247" w:rsidP="00A80247">
                  <w:pPr>
                    <w:spacing w:after="0"/>
                    <w:rPr>
                      <w:color w:val="auto"/>
                      <w:sz w:val="18"/>
                      <w:lang w:val="it-IT"/>
                    </w:rPr>
                  </w:pPr>
                  <w:r w:rsidRPr="00BD00B4">
                    <w:rPr>
                      <w:color w:val="auto"/>
                      <w:sz w:val="18"/>
                      <w:lang w:val="it-IT"/>
                    </w:rPr>
                    <w:br/>
                  </w:r>
                </w:p>
                <w:p w14:paraId="798645D9" w14:textId="77777777" w:rsidR="00A80247" w:rsidRPr="00BD00B4" w:rsidRDefault="00A80247" w:rsidP="00A80247">
                  <w:pPr>
                    <w:spacing w:after="0"/>
                    <w:rPr>
                      <w:color w:val="auto"/>
                      <w:sz w:val="18"/>
                      <w:lang w:val="it-IT"/>
                    </w:rPr>
                  </w:pPr>
                  <w:r w:rsidRPr="00BD00B4">
                    <w:rPr>
                      <w:color w:val="auto"/>
                      <w:sz w:val="18"/>
                      <w:lang w:val="it-IT"/>
                    </w:rPr>
                    <w:t>Lettura di brevi testi biografici di personaggi storici del mondo anglofono.</w:t>
                  </w:r>
                </w:p>
              </w:tc>
              <w:tc>
                <w:tcPr>
                  <w:tcW w:w="153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328C38" w14:textId="77777777" w:rsidR="00A80247" w:rsidRPr="00BD00B4" w:rsidRDefault="00A80247" w:rsidP="00A80247">
                  <w:pPr>
                    <w:spacing w:after="0"/>
                    <w:rPr>
                      <w:color w:val="auto"/>
                      <w:sz w:val="18"/>
                      <w:lang w:val="it-IT"/>
                    </w:rPr>
                  </w:pPr>
                  <w:r w:rsidRPr="00BD00B4">
                    <w:rPr>
                      <w:color w:val="auto"/>
                      <w:sz w:val="18"/>
                      <w:lang w:val="it-IT"/>
                    </w:rPr>
                    <w:t>Goal 5: Parità di Genere</w:t>
                  </w:r>
                </w:p>
                <w:p w14:paraId="413A19E2" w14:textId="77777777" w:rsidR="00A80247" w:rsidRPr="00BD00B4" w:rsidRDefault="00A80247" w:rsidP="00A80247">
                  <w:pPr>
                    <w:spacing w:after="0"/>
                    <w:rPr>
                      <w:color w:val="auto"/>
                      <w:sz w:val="18"/>
                      <w:lang w:val="it-IT"/>
                    </w:rPr>
                  </w:pPr>
                  <w:r w:rsidRPr="00BD00B4">
                    <w:rPr>
                      <w:color w:val="auto"/>
                      <w:sz w:val="18"/>
                      <w:lang w:val="it-IT"/>
                    </w:rPr>
                    <w:br/>
                  </w:r>
                </w:p>
                <w:p w14:paraId="6CFFCF43" w14:textId="77777777" w:rsidR="00A80247" w:rsidRPr="00BD00B4" w:rsidRDefault="00A80247" w:rsidP="00A80247">
                  <w:pPr>
                    <w:spacing w:after="0"/>
                    <w:rPr>
                      <w:color w:val="auto"/>
                      <w:sz w:val="18"/>
                      <w:lang w:val="it-IT"/>
                    </w:rPr>
                  </w:pPr>
                  <w:r w:rsidRPr="00BD00B4">
                    <w:rPr>
                      <w:color w:val="auto"/>
                      <w:sz w:val="18"/>
                      <w:lang w:val="it-IT"/>
                    </w:rPr>
                    <w:t>Studio delle biografie di donne eminenti nella scienza e nella storia.</w:t>
                  </w:r>
                </w:p>
              </w:tc>
              <w:tc>
                <w:tcPr>
                  <w:tcW w:w="17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BF2737" w14:textId="77777777" w:rsidR="00A80247" w:rsidRPr="00BD00B4" w:rsidRDefault="00A80247" w:rsidP="00A80247">
                  <w:pPr>
                    <w:spacing w:after="0"/>
                    <w:rPr>
                      <w:color w:val="auto"/>
                      <w:sz w:val="18"/>
                      <w:lang w:val="it-IT"/>
                    </w:rPr>
                  </w:pPr>
                  <w:r w:rsidRPr="00BD00B4">
                    <w:rPr>
                      <w:color w:val="auto"/>
                      <w:sz w:val="18"/>
                      <w:lang w:val="it-IT"/>
                    </w:rPr>
                    <w:t>1.2 Valutare i Dati:</w:t>
                  </w:r>
                </w:p>
                <w:p w14:paraId="3C5035C8" w14:textId="77777777" w:rsidR="00A80247" w:rsidRPr="00BD00B4" w:rsidRDefault="00A80247" w:rsidP="00A80247">
                  <w:pPr>
                    <w:spacing w:after="0"/>
                    <w:rPr>
                      <w:color w:val="auto"/>
                      <w:sz w:val="18"/>
                      <w:lang w:val="it-IT"/>
                    </w:rPr>
                  </w:pPr>
                  <w:r w:rsidRPr="00BD00B4">
                    <w:rPr>
                      <w:color w:val="auto"/>
                      <w:sz w:val="18"/>
                      <w:lang w:val="it-IT"/>
                    </w:rPr>
                    <w:br/>
                  </w:r>
                </w:p>
                <w:p w14:paraId="6C2C1A76" w14:textId="77777777" w:rsidR="00A80247" w:rsidRPr="00BD00B4" w:rsidRDefault="00A80247" w:rsidP="00A80247">
                  <w:pPr>
                    <w:spacing w:after="0"/>
                    <w:rPr>
                      <w:color w:val="auto"/>
                      <w:sz w:val="18"/>
                      <w:lang w:val="it-IT"/>
                    </w:rPr>
                  </w:pPr>
                  <w:r w:rsidRPr="00BD00B4">
                    <w:rPr>
                      <w:color w:val="auto"/>
                      <w:sz w:val="18"/>
                      <w:lang w:val="it-IT"/>
                    </w:rPr>
                    <w:t xml:space="preserve">Verifica della veridicità delle fonti biografiche reperite sul web (lotta alle </w:t>
                  </w:r>
                  <w:r w:rsidRPr="00BD00B4">
                    <w:rPr>
                      <w:i/>
                      <w:iCs/>
                      <w:color w:val="auto"/>
                      <w:sz w:val="18"/>
                      <w:lang w:val="it-IT"/>
                    </w:rPr>
                    <w:t>fake news</w:t>
                  </w:r>
                  <w:r w:rsidRPr="00BD00B4">
                    <w:rPr>
                      <w:color w:val="auto"/>
                      <w:sz w:val="18"/>
                      <w:lang w:val="it-IT"/>
                    </w:rPr>
                    <w:t>).</w:t>
                  </w:r>
                </w:p>
              </w:tc>
            </w:tr>
            <w:tr w:rsidR="00A80247" w:rsidRPr="00A80247" w14:paraId="2C10F8D3" w14:textId="77777777" w:rsidTr="005A4CA3">
              <w:trPr>
                <w:tblCellSpacing w:w="15" w:type="dxa"/>
              </w:trPr>
              <w:tc>
                <w:tcPr>
                  <w:tcW w:w="15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2A167E" w14:textId="77777777" w:rsidR="00A80247" w:rsidRPr="00BD00B4" w:rsidRDefault="00A80247" w:rsidP="00A80247">
                  <w:pPr>
                    <w:spacing w:after="0"/>
                    <w:rPr>
                      <w:color w:val="auto"/>
                      <w:sz w:val="18"/>
                      <w:lang w:val="it-IT"/>
                    </w:rPr>
                  </w:pPr>
                  <w:r w:rsidRPr="00BD00B4">
                    <w:rPr>
                      <w:color w:val="auto"/>
                      <w:sz w:val="18"/>
                      <w:lang w:val="it-IT"/>
                    </w:rPr>
                    <w:lastRenderedPageBreak/>
                    <w:t>Q2 - Unità 4</w:t>
                  </w:r>
                </w:p>
                <w:p w14:paraId="1AADD7E3" w14:textId="77777777" w:rsidR="00A80247" w:rsidRPr="00BD00B4" w:rsidRDefault="00A80247" w:rsidP="00A80247">
                  <w:pPr>
                    <w:spacing w:after="0"/>
                    <w:rPr>
                      <w:color w:val="auto"/>
                      <w:sz w:val="18"/>
                      <w:lang w:val="it-IT"/>
                    </w:rPr>
                  </w:pPr>
                  <w:r w:rsidRPr="00BD00B4">
                    <w:rPr>
                      <w:color w:val="auto"/>
                      <w:sz w:val="18"/>
                      <w:lang w:val="it-IT"/>
                    </w:rPr>
                    <w:br/>
                  </w:r>
                </w:p>
                <w:p w14:paraId="1A3FD976" w14:textId="77777777" w:rsidR="00A80247" w:rsidRPr="00BD00B4" w:rsidRDefault="00A80247" w:rsidP="00A80247">
                  <w:pPr>
                    <w:spacing w:after="0"/>
                    <w:rPr>
                      <w:color w:val="auto"/>
                      <w:sz w:val="18"/>
                      <w:lang w:val="it-IT"/>
                    </w:rPr>
                  </w:pPr>
                  <w:r w:rsidRPr="00BD00B4">
                    <w:rPr>
                      <w:i/>
                      <w:iCs/>
                      <w:color w:val="auto"/>
                      <w:sz w:val="18"/>
                      <w:lang w:val="it-IT"/>
                    </w:rPr>
                    <w:t>(Febbraio)</w:t>
                  </w:r>
                </w:p>
                <w:p w14:paraId="1E864DF9" w14:textId="77777777" w:rsidR="00A80247" w:rsidRPr="00BD00B4" w:rsidRDefault="00A80247" w:rsidP="00A80247">
                  <w:pPr>
                    <w:spacing w:after="0"/>
                    <w:rPr>
                      <w:color w:val="auto"/>
                      <w:sz w:val="18"/>
                      <w:lang w:val="it-IT"/>
                    </w:rPr>
                  </w:pPr>
                  <w:r w:rsidRPr="00BD00B4">
                    <w:rPr>
                      <w:color w:val="auto"/>
                      <w:sz w:val="18"/>
                      <w:lang w:val="it-IT"/>
                    </w:rPr>
                    <w:br/>
                  </w:r>
                </w:p>
                <w:p w14:paraId="216A1596" w14:textId="77777777" w:rsidR="00A80247" w:rsidRPr="00BD00B4" w:rsidRDefault="00A80247" w:rsidP="00A80247">
                  <w:pPr>
                    <w:spacing w:after="0"/>
                    <w:rPr>
                      <w:color w:val="auto"/>
                      <w:sz w:val="18"/>
                      <w:lang w:val="it-IT"/>
                    </w:rPr>
                  </w:pPr>
                  <w:r w:rsidRPr="00BD00B4">
                    <w:rPr>
                      <w:color w:val="auto"/>
                      <w:sz w:val="18"/>
                      <w:lang w:val="it-IT"/>
                    </w:rPr>
                    <w:t xml:space="preserve">Places &amp; </w:t>
                  </w:r>
                  <w:proofErr w:type="spellStart"/>
                  <w:r w:rsidRPr="00BD00B4">
                    <w:rPr>
                      <w:color w:val="auto"/>
                      <w:sz w:val="18"/>
                      <w:lang w:val="it-IT"/>
                    </w:rPr>
                    <w:t>Transportation</w:t>
                  </w:r>
                  <w:proofErr w:type="spellEnd"/>
                </w:p>
              </w:tc>
              <w:tc>
                <w:tcPr>
                  <w:tcW w:w="21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CAE3F2" w14:textId="77777777" w:rsidR="00A80247" w:rsidRPr="00BD00B4" w:rsidRDefault="00A80247" w:rsidP="00A80247">
                  <w:pPr>
                    <w:spacing w:after="0"/>
                    <w:rPr>
                      <w:color w:val="auto"/>
                      <w:sz w:val="18"/>
                      <w:lang w:val="it-IT"/>
                    </w:rPr>
                  </w:pPr>
                  <w:r w:rsidRPr="00BD00B4">
                    <w:rPr>
                      <w:color w:val="auto"/>
                      <w:sz w:val="18"/>
                      <w:lang w:val="it-IT"/>
                    </w:rPr>
                    <w:t>Lessico: Città, luoghi di interesse, mezzi di trasporto.</w:t>
                  </w:r>
                </w:p>
                <w:p w14:paraId="6B97AD8D" w14:textId="77777777" w:rsidR="00A80247" w:rsidRPr="00BD00B4" w:rsidRDefault="00A80247" w:rsidP="00A80247">
                  <w:pPr>
                    <w:spacing w:after="0"/>
                    <w:rPr>
                      <w:color w:val="auto"/>
                      <w:sz w:val="18"/>
                      <w:lang w:val="it-IT"/>
                    </w:rPr>
                  </w:pPr>
                  <w:r w:rsidRPr="00BD00B4">
                    <w:rPr>
                      <w:color w:val="auto"/>
                      <w:sz w:val="18"/>
                      <w:lang w:val="it-IT"/>
                    </w:rPr>
                    <w:br/>
                  </w:r>
                </w:p>
                <w:p w14:paraId="34E9F721" w14:textId="77777777" w:rsidR="00A80247" w:rsidRPr="00BD00B4" w:rsidRDefault="00A80247" w:rsidP="00A80247">
                  <w:pPr>
                    <w:spacing w:after="0"/>
                    <w:rPr>
                      <w:color w:val="auto"/>
                      <w:sz w:val="18"/>
                      <w:lang w:val="it-IT"/>
                    </w:rPr>
                  </w:pPr>
                  <w:r w:rsidRPr="00BD00B4">
                    <w:rPr>
                      <w:color w:val="auto"/>
                      <w:sz w:val="18"/>
                      <w:lang w:val="it-IT"/>
                    </w:rPr>
                    <w:t>Grammatica: Comparativi e superlativi degli aggettivi.</w:t>
                  </w:r>
                </w:p>
              </w:tc>
              <w:tc>
                <w:tcPr>
                  <w:tcW w:w="162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BA7F0A" w14:textId="77777777" w:rsidR="00A80247" w:rsidRPr="00BD00B4" w:rsidRDefault="00A80247" w:rsidP="00A80247">
                  <w:pPr>
                    <w:spacing w:after="0"/>
                    <w:rPr>
                      <w:color w:val="auto"/>
                      <w:sz w:val="18"/>
                      <w:lang w:val="it-IT"/>
                    </w:rPr>
                  </w:pPr>
                  <w:r w:rsidRPr="00BD00B4">
                    <w:rPr>
                      <w:color w:val="auto"/>
                      <w:sz w:val="18"/>
                      <w:lang w:val="it-IT"/>
                    </w:rPr>
                    <w:t>Sviluppo del Pensiero Spaziale:</w:t>
                  </w:r>
                </w:p>
                <w:p w14:paraId="23A85224" w14:textId="77777777" w:rsidR="00A80247" w:rsidRPr="00BD00B4" w:rsidRDefault="00A80247" w:rsidP="00A80247">
                  <w:pPr>
                    <w:spacing w:after="0"/>
                    <w:rPr>
                      <w:color w:val="auto"/>
                      <w:sz w:val="18"/>
                      <w:lang w:val="it-IT"/>
                    </w:rPr>
                  </w:pPr>
                  <w:r w:rsidRPr="00BD00B4">
                    <w:rPr>
                      <w:color w:val="auto"/>
                      <w:sz w:val="18"/>
                      <w:lang w:val="it-IT"/>
                    </w:rPr>
                    <w:br/>
                  </w:r>
                </w:p>
                <w:p w14:paraId="0B63E8B4" w14:textId="77777777" w:rsidR="00A80247" w:rsidRPr="00BD00B4" w:rsidRDefault="00A80247" w:rsidP="00A80247">
                  <w:pPr>
                    <w:spacing w:after="0"/>
                    <w:rPr>
                      <w:color w:val="auto"/>
                      <w:sz w:val="18"/>
                      <w:lang w:val="it-IT"/>
                    </w:rPr>
                  </w:pPr>
                  <w:r w:rsidRPr="00BD00B4">
                    <w:rPr>
                      <w:color w:val="auto"/>
                      <w:sz w:val="18"/>
                      <w:lang w:val="it-IT"/>
                    </w:rPr>
                    <w:t>Descrivere e confrontare città e ambienti naturali del mondo anglofono.</w:t>
                  </w:r>
                </w:p>
              </w:tc>
              <w:tc>
                <w:tcPr>
                  <w:tcW w:w="153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E2E8A8" w14:textId="77777777" w:rsidR="00A80247" w:rsidRPr="00BD00B4" w:rsidRDefault="00A80247" w:rsidP="00A80247">
                  <w:pPr>
                    <w:spacing w:after="0"/>
                    <w:rPr>
                      <w:color w:val="auto"/>
                      <w:sz w:val="18"/>
                      <w:lang w:val="it-IT"/>
                    </w:rPr>
                  </w:pPr>
                  <w:r w:rsidRPr="00BD00B4">
                    <w:rPr>
                      <w:color w:val="auto"/>
                      <w:sz w:val="18"/>
                      <w:lang w:val="it-IT"/>
                    </w:rPr>
                    <w:t>Goal 11: Città Sostenibili</w:t>
                  </w:r>
                </w:p>
                <w:p w14:paraId="26042F67" w14:textId="77777777" w:rsidR="00A80247" w:rsidRPr="00BD00B4" w:rsidRDefault="00A80247" w:rsidP="00A80247">
                  <w:pPr>
                    <w:spacing w:after="0"/>
                    <w:rPr>
                      <w:color w:val="auto"/>
                      <w:sz w:val="18"/>
                      <w:lang w:val="it-IT"/>
                    </w:rPr>
                  </w:pPr>
                  <w:r w:rsidRPr="00BD00B4">
                    <w:rPr>
                      <w:color w:val="auto"/>
                      <w:sz w:val="18"/>
                      <w:lang w:val="it-IT"/>
                    </w:rPr>
                    <w:br/>
                  </w:r>
                </w:p>
                <w:p w14:paraId="099B4901" w14:textId="77777777" w:rsidR="00A80247" w:rsidRPr="00BD00B4" w:rsidRDefault="00A80247" w:rsidP="00A80247">
                  <w:pPr>
                    <w:spacing w:after="0"/>
                    <w:rPr>
                      <w:color w:val="auto"/>
                      <w:sz w:val="18"/>
                      <w:lang w:val="it-IT"/>
                    </w:rPr>
                  </w:pPr>
                  <w:r w:rsidRPr="00BD00B4">
                    <w:rPr>
                      <w:color w:val="auto"/>
                      <w:sz w:val="18"/>
                      <w:lang w:val="it-IT"/>
                    </w:rPr>
                    <w:t>Pianificazione di spostamenti urbani a impatto zero e uso del trasporto pubblico.</w:t>
                  </w:r>
                </w:p>
              </w:tc>
              <w:tc>
                <w:tcPr>
                  <w:tcW w:w="17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4C62E3" w14:textId="77777777" w:rsidR="00A80247" w:rsidRPr="00BD00B4" w:rsidRDefault="00A80247" w:rsidP="00A80247">
                  <w:pPr>
                    <w:spacing w:after="0"/>
                    <w:rPr>
                      <w:color w:val="auto"/>
                      <w:sz w:val="18"/>
                      <w:lang w:val="it-IT"/>
                    </w:rPr>
                  </w:pPr>
                  <w:r w:rsidRPr="00BD00B4">
                    <w:rPr>
                      <w:color w:val="auto"/>
                      <w:sz w:val="18"/>
                      <w:lang w:val="it-IT"/>
                    </w:rPr>
                    <w:t>1.3 Gestire i Dati:</w:t>
                  </w:r>
                </w:p>
                <w:p w14:paraId="7E7A68CA" w14:textId="77777777" w:rsidR="00A80247" w:rsidRPr="00BD00B4" w:rsidRDefault="00A80247" w:rsidP="00A80247">
                  <w:pPr>
                    <w:spacing w:after="0"/>
                    <w:rPr>
                      <w:color w:val="auto"/>
                      <w:sz w:val="18"/>
                      <w:lang w:val="it-IT"/>
                    </w:rPr>
                  </w:pPr>
                  <w:r w:rsidRPr="00BD00B4">
                    <w:rPr>
                      <w:color w:val="auto"/>
                      <w:sz w:val="18"/>
                      <w:lang w:val="it-IT"/>
                    </w:rPr>
                    <w:br/>
                  </w:r>
                </w:p>
                <w:p w14:paraId="391314C7" w14:textId="77777777" w:rsidR="00A80247" w:rsidRPr="00BD00B4" w:rsidRDefault="00A80247" w:rsidP="00A80247">
                  <w:pPr>
                    <w:spacing w:after="0"/>
                    <w:rPr>
                      <w:color w:val="auto"/>
                      <w:sz w:val="18"/>
                      <w:lang w:val="it-IT"/>
                    </w:rPr>
                  </w:pPr>
                  <w:r w:rsidRPr="00BD00B4">
                    <w:rPr>
                      <w:color w:val="auto"/>
                      <w:sz w:val="18"/>
                      <w:lang w:val="it-IT"/>
                    </w:rPr>
                    <w:t>Uso di mappe digitali e itinerari interattivi (es. Google Maps in lingua inglese).</w:t>
                  </w:r>
                </w:p>
              </w:tc>
            </w:tr>
            <w:tr w:rsidR="00A80247" w:rsidRPr="00A80247" w14:paraId="4CB0266E" w14:textId="77777777" w:rsidTr="005A4CA3">
              <w:trPr>
                <w:tblCellSpacing w:w="15" w:type="dxa"/>
              </w:trPr>
              <w:tc>
                <w:tcPr>
                  <w:tcW w:w="15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268B06" w14:textId="77777777" w:rsidR="00A80247" w:rsidRPr="00BD00B4" w:rsidRDefault="00A80247" w:rsidP="00A80247">
                  <w:pPr>
                    <w:spacing w:after="0"/>
                    <w:rPr>
                      <w:color w:val="auto"/>
                      <w:sz w:val="18"/>
                      <w:lang w:val="it-IT"/>
                    </w:rPr>
                  </w:pPr>
                  <w:r w:rsidRPr="00BD00B4">
                    <w:rPr>
                      <w:color w:val="auto"/>
                      <w:sz w:val="18"/>
                      <w:lang w:val="it-IT"/>
                    </w:rPr>
                    <w:t>Q2 - Unità 5</w:t>
                  </w:r>
                </w:p>
                <w:p w14:paraId="3BB02CE3" w14:textId="77777777" w:rsidR="00A80247" w:rsidRPr="00BD00B4" w:rsidRDefault="00A80247" w:rsidP="00A80247">
                  <w:pPr>
                    <w:spacing w:after="0"/>
                    <w:rPr>
                      <w:color w:val="auto"/>
                      <w:sz w:val="18"/>
                      <w:lang w:val="it-IT"/>
                    </w:rPr>
                  </w:pPr>
                  <w:r w:rsidRPr="00BD00B4">
                    <w:rPr>
                      <w:color w:val="auto"/>
                      <w:sz w:val="18"/>
                      <w:lang w:val="it-IT"/>
                    </w:rPr>
                    <w:br/>
                  </w:r>
                </w:p>
                <w:p w14:paraId="70B6D3C8" w14:textId="77777777" w:rsidR="00A80247" w:rsidRPr="00BD00B4" w:rsidRDefault="00A80247" w:rsidP="00A80247">
                  <w:pPr>
                    <w:spacing w:after="0"/>
                    <w:rPr>
                      <w:color w:val="auto"/>
                      <w:sz w:val="18"/>
                      <w:lang w:val="it-IT"/>
                    </w:rPr>
                  </w:pPr>
                  <w:r w:rsidRPr="00BD00B4">
                    <w:rPr>
                      <w:i/>
                      <w:iCs/>
                      <w:color w:val="auto"/>
                      <w:sz w:val="18"/>
                      <w:lang w:val="it-IT"/>
                    </w:rPr>
                    <w:t xml:space="preserve">(Marzo - </w:t>
                  </w:r>
                  <w:proofErr w:type="gramStart"/>
                  <w:r w:rsidRPr="00BD00B4">
                    <w:rPr>
                      <w:i/>
                      <w:iCs/>
                      <w:color w:val="auto"/>
                      <w:sz w:val="18"/>
                      <w:lang w:val="it-IT"/>
                    </w:rPr>
                    <w:t>Aprile</w:t>
                  </w:r>
                  <w:proofErr w:type="gramEnd"/>
                  <w:r w:rsidRPr="00BD00B4">
                    <w:rPr>
                      <w:i/>
                      <w:iCs/>
                      <w:color w:val="auto"/>
                      <w:sz w:val="18"/>
                      <w:lang w:val="it-IT"/>
                    </w:rPr>
                    <w:t>)</w:t>
                  </w:r>
                </w:p>
                <w:p w14:paraId="30E79F43" w14:textId="77777777" w:rsidR="00A80247" w:rsidRPr="00BD00B4" w:rsidRDefault="00A80247" w:rsidP="00A80247">
                  <w:pPr>
                    <w:spacing w:after="0"/>
                    <w:rPr>
                      <w:color w:val="auto"/>
                      <w:sz w:val="18"/>
                      <w:lang w:val="it-IT"/>
                    </w:rPr>
                  </w:pPr>
                  <w:r w:rsidRPr="00BD00B4">
                    <w:rPr>
                      <w:color w:val="auto"/>
                      <w:sz w:val="18"/>
                      <w:lang w:val="it-IT"/>
                    </w:rPr>
                    <w:br/>
                  </w:r>
                </w:p>
                <w:p w14:paraId="40D58DB4" w14:textId="77777777" w:rsidR="00A80247" w:rsidRPr="00BD00B4" w:rsidRDefault="00A80247" w:rsidP="00A80247">
                  <w:pPr>
                    <w:spacing w:after="0"/>
                    <w:rPr>
                      <w:color w:val="auto"/>
                      <w:sz w:val="18"/>
                      <w:lang w:val="it-IT"/>
                    </w:rPr>
                  </w:pPr>
                  <w:r w:rsidRPr="00BD00B4">
                    <w:rPr>
                      <w:color w:val="auto"/>
                      <w:sz w:val="18"/>
                      <w:lang w:val="it-IT"/>
                    </w:rPr>
                    <w:t xml:space="preserve">Rules, Duty &amp; </w:t>
                  </w:r>
                  <w:proofErr w:type="spellStart"/>
                  <w:r w:rsidRPr="00BD00B4">
                    <w:rPr>
                      <w:color w:val="auto"/>
                      <w:sz w:val="18"/>
                      <w:lang w:val="it-IT"/>
                    </w:rPr>
                    <w:t>Advice</w:t>
                  </w:r>
                  <w:proofErr w:type="spellEnd"/>
                </w:p>
              </w:tc>
              <w:tc>
                <w:tcPr>
                  <w:tcW w:w="21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AA0D5A" w14:textId="77777777" w:rsidR="00A80247" w:rsidRPr="00BD00B4" w:rsidRDefault="00A80247" w:rsidP="00A80247">
                  <w:pPr>
                    <w:spacing w:after="0"/>
                    <w:rPr>
                      <w:color w:val="auto"/>
                      <w:sz w:val="18"/>
                      <w:lang w:val="it-IT"/>
                    </w:rPr>
                  </w:pPr>
                  <w:r w:rsidRPr="00BD00B4">
                    <w:rPr>
                      <w:color w:val="auto"/>
                      <w:sz w:val="18"/>
                      <w:lang w:val="it-IT"/>
                    </w:rPr>
                    <w:t>Lessico: Regole della scuola/casa, salute e sintomi.</w:t>
                  </w:r>
                </w:p>
                <w:p w14:paraId="25CF232B" w14:textId="77777777" w:rsidR="00A80247" w:rsidRPr="00BD00B4" w:rsidRDefault="00A80247" w:rsidP="00A80247">
                  <w:pPr>
                    <w:spacing w:after="0"/>
                    <w:rPr>
                      <w:color w:val="auto"/>
                      <w:sz w:val="18"/>
                      <w:lang w:val="it-IT"/>
                    </w:rPr>
                  </w:pPr>
                  <w:r w:rsidRPr="00BD00B4">
                    <w:rPr>
                      <w:color w:val="auto"/>
                      <w:sz w:val="18"/>
                      <w:lang w:val="it-IT"/>
                    </w:rPr>
                    <w:br/>
                  </w:r>
                </w:p>
                <w:p w14:paraId="1684EA90" w14:textId="77777777" w:rsidR="00A80247" w:rsidRPr="00BD00B4" w:rsidRDefault="00A80247" w:rsidP="00A80247">
                  <w:pPr>
                    <w:spacing w:after="0"/>
                    <w:rPr>
                      <w:color w:val="auto"/>
                      <w:sz w:val="18"/>
                      <w:lang w:val="it-IT"/>
                    </w:rPr>
                  </w:pPr>
                  <w:r w:rsidRPr="00BD00B4">
                    <w:rPr>
                      <w:color w:val="auto"/>
                      <w:sz w:val="18"/>
                      <w:lang w:val="it-IT"/>
                    </w:rPr>
                    <w:t xml:space="preserve">Grammatica: Modali </w:t>
                  </w:r>
                  <w:r w:rsidRPr="00BD00B4">
                    <w:rPr>
                      <w:i/>
                      <w:iCs/>
                      <w:color w:val="auto"/>
                      <w:sz w:val="18"/>
                      <w:lang w:val="it-IT"/>
                    </w:rPr>
                    <w:t xml:space="preserve">must / </w:t>
                  </w:r>
                  <w:proofErr w:type="spellStart"/>
                  <w:r w:rsidRPr="00BD00B4">
                    <w:rPr>
                      <w:i/>
                      <w:iCs/>
                      <w:color w:val="auto"/>
                      <w:sz w:val="18"/>
                      <w:lang w:val="it-IT"/>
                    </w:rPr>
                    <w:t>mustn't</w:t>
                  </w:r>
                  <w:proofErr w:type="spellEnd"/>
                  <w:r w:rsidRPr="00BD00B4">
                    <w:rPr>
                      <w:color w:val="auto"/>
                      <w:sz w:val="18"/>
                      <w:lang w:val="it-IT"/>
                    </w:rPr>
                    <w:t xml:space="preserve">, </w:t>
                  </w:r>
                  <w:proofErr w:type="spellStart"/>
                  <w:r w:rsidRPr="00BD00B4">
                    <w:rPr>
                      <w:i/>
                      <w:iCs/>
                      <w:color w:val="auto"/>
                      <w:sz w:val="18"/>
                      <w:lang w:val="it-IT"/>
                    </w:rPr>
                    <w:t>have</w:t>
                  </w:r>
                  <w:proofErr w:type="spellEnd"/>
                  <w:r w:rsidRPr="00BD00B4">
                    <w:rPr>
                      <w:i/>
                      <w:iCs/>
                      <w:color w:val="auto"/>
                      <w:sz w:val="18"/>
                      <w:lang w:val="it-IT"/>
                    </w:rPr>
                    <w:t xml:space="preserve"> to</w:t>
                  </w:r>
                  <w:r w:rsidRPr="00BD00B4">
                    <w:rPr>
                      <w:color w:val="auto"/>
                      <w:sz w:val="18"/>
                      <w:lang w:val="it-IT"/>
                    </w:rPr>
                    <w:t xml:space="preserve">, </w:t>
                  </w:r>
                  <w:proofErr w:type="spellStart"/>
                  <w:r w:rsidRPr="00BD00B4">
                    <w:rPr>
                      <w:i/>
                      <w:iCs/>
                      <w:color w:val="auto"/>
                      <w:sz w:val="18"/>
                      <w:lang w:val="it-IT"/>
                    </w:rPr>
                    <w:t>should</w:t>
                  </w:r>
                  <w:proofErr w:type="spellEnd"/>
                  <w:r w:rsidRPr="00BD00B4">
                    <w:rPr>
                      <w:i/>
                      <w:iCs/>
                      <w:color w:val="auto"/>
                      <w:sz w:val="18"/>
                      <w:lang w:val="it-IT"/>
                    </w:rPr>
                    <w:t xml:space="preserve"> / </w:t>
                  </w:r>
                  <w:proofErr w:type="spellStart"/>
                  <w:r w:rsidRPr="00BD00B4">
                    <w:rPr>
                      <w:i/>
                      <w:iCs/>
                      <w:color w:val="auto"/>
                      <w:sz w:val="18"/>
                      <w:lang w:val="it-IT"/>
                    </w:rPr>
                    <w:t>shouldn't</w:t>
                  </w:r>
                  <w:proofErr w:type="spellEnd"/>
                  <w:r w:rsidRPr="00BD00B4">
                    <w:rPr>
                      <w:color w:val="auto"/>
                      <w:sz w:val="18"/>
                      <w:lang w:val="it-IT"/>
                    </w:rPr>
                    <w:t>.</w:t>
                  </w:r>
                </w:p>
              </w:tc>
              <w:tc>
                <w:tcPr>
                  <w:tcW w:w="162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2743CC" w14:textId="77777777" w:rsidR="00A80247" w:rsidRPr="00BD00B4" w:rsidRDefault="00A80247" w:rsidP="00A80247">
                  <w:pPr>
                    <w:spacing w:after="0"/>
                    <w:rPr>
                      <w:color w:val="auto"/>
                      <w:sz w:val="18"/>
                      <w:lang w:val="it-IT"/>
                    </w:rPr>
                  </w:pPr>
                  <w:r w:rsidRPr="00BD00B4">
                    <w:rPr>
                      <w:color w:val="auto"/>
                      <w:sz w:val="18"/>
                      <w:lang w:val="it-IT"/>
                    </w:rPr>
                    <w:t>Riflessione Linguistica &amp; Pragmatica:</w:t>
                  </w:r>
                </w:p>
                <w:p w14:paraId="7160A666" w14:textId="77777777" w:rsidR="00A80247" w:rsidRPr="00BD00B4" w:rsidRDefault="00A80247" w:rsidP="00A80247">
                  <w:pPr>
                    <w:spacing w:after="0"/>
                    <w:rPr>
                      <w:color w:val="auto"/>
                      <w:sz w:val="18"/>
                      <w:lang w:val="it-IT"/>
                    </w:rPr>
                  </w:pPr>
                  <w:r w:rsidRPr="00BD00B4">
                    <w:rPr>
                      <w:color w:val="auto"/>
                      <w:sz w:val="18"/>
                      <w:lang w:val="it-IT"/>
                    </w:rPr>
                    <w:br/>
                  </w:r>
                </w:p>
                <w:p w14:paraId="23DC8739" w14:textId="77777777" w:rsidR="00A80247" w:rsidRPr="00BD00B4" w:rsidRDefault="00A80247" w:rsidP="00A80247">
                  <w:pPr>
                    <w:spacing w:after="0"/>
                    <w:rPr>
                      <w:color w:val="auto"/>
                      <w:sz w:val="18"/>
                      <w:lang w:val="it-IT"/>
                    </w:rPr>
                  </w:pPr>
                  <w:r w:rsidRPr="00BD00B4">
                    <w:rPr>
                      <w:color w:val="auto"/>
                      <w:sz w:val="18"/>
                      <w:lang w:val="it-IT"/>
                    </w:rPr>
                    <w:t>Uso dei registri formali/informali per esprimere obblighi, divieti e consigli.</w:t>
                  </w:r>
                </w:p>
              </w:tc>
              <w:tc>
                <w:tcPr>
                  <w:tcW w:w="153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3C6C66" w14:textId="77777777" w:rsidR="00A80247" w:rsidRPr="00BD00B4" w:rsidRDefault="00A80247" w:rsidP="00A80247">
                  <w:pPr>
                    <w:spacing w:after="0"/>
                    <w:rPr>
                      <w:color w:val="auto"/>
                      <w:sz w:val="18"/>
                      <w:lang w:val="it-IT"/>
                    </w:rPr>
                  </w:pPr>
                  <w:r w:rsidRPr="00BD00B4">
                    <w:rPr>
                      <w:color w:val="auto"/>
                      <w:sz w:val="18"/>
                      <w:lang w:val="it-IT"/>
                    </w:rPr>
                    <w:t>Goal 16: Pace e Istituzioni</w:t>
                  </w:r>
                </w:p>
                <w:p w14:paraId="4F1764F6" w14:textId="77777777" w:rsidR="00A80247" w:rsidRPr="00BD00B4" w:rsidRDefault="00A80247" w:rsidP="00A80247">
                  <w:pPr>
                    <w:spacing w:after="0"/>
                    <w:rPr>
                      <w:color w:val="auto"/>
                      <w:sz w:val="18"/>
                      <w:lang w:val="it-IT"/>
                    </w:rPr>
                  </w:pPr>
                  <w:r w:rsidRPr="00BD00B4">
                    <w:rPr>
                      <w:color w:val="auto"/>
                      <w:sz w:val="18"/>
                      <w:lang w:val="it-IT"/>
                    </w:rPr>
                    <w:br/>
                  </w:r>
                </w:p>
                <w:p w14:paraId="4F891E63" w14:textId="77777777" w:rsidR="00A80247" w:rsidRPr="00BD00B4" w:rsidRDefault="00A80247" w:rsidP="00A80247">
                  <w:pPr>
                    <w:spacing w:after="0"/>
                    <w:rPr>
                      <w:color w:val="auto"/>
                      <w:sz w:val="18"/>
                      <w:lang w:val="it-IT"/>
                    </w:rPr>
                  </w:pPr>
                  <w:r w:rsidRPr="00BD00B4">
                    <w:rPr>
                      <w:color w:val="auto"/>
                      <w:sz w:val="18"/>
                      <w:lang w:val="it-IT"/>
                    </w:rPr>
                    <w:t>Elaborazione di un regolamento di classe o di convivenza civile e democratica.</w:t>
                  </w:r>
                </w:p>
              </w:tc>
              <w:tc>
                <w:tcPr>
                  <w:tcW w:w="17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5FA0D1" w14:textId="77777777" w:rsidR="00A80247" w:rsidRPr="00BD00B4" w:rsidRDefault="00A80247" w:rsidP="00A80247">
                  <w:pPr>
                    <w:spacing w:after="0"/>
                    <w:rPr>
                      <w:color w:val="auto"/>
                      <w:sz w:val="18"/>
                      <w:lang w:val="it-IT"/>
                    </w:rPr>
                  </w:pPr>
                  <w:r w:rsidRPr="00BD00B4">
                    <w:rPr>
                      <w:color w:val="auto"/>
                      <w:sz w:val="18"/>
                      <w:lang w:val="it-IT"/>
                    </w:rPr>
                    <w:t>3.1 Sviluppare Contenuti:</w:t>
                  </w:r>
                </w:p>
                <w:p w14:paraId="21A95E80" w14:textId="77777777" w:rsidR="00A80247" w:rsidRPr="00BD00B4" w:rsidRDefault="00A80247" w:rsidP="00A80247">
                  <w:pPr>
                    <w:spacing w:after="0"/>
                    <w:rPr>
                      <w:color w:val="auto"/>
                      <w:sz w:val="18"/>
                      <w:lang w:val="it-IT"/>
                    </w:rPr>
                  </w:pPr>
                  <w:r w:rsidRPr="00BD00B4">
                    <w:rPr>
                      <w:color w:val="auto"/>
                      <w:sz w:val="18"/>
                      <w:lang w:val="it-IT"/>
                    </w:rPr>
                    <w:br/>
                  </w:r>
                </w:p>
                <w:p w14:paraId="799B0F8A" w14:textId="77777777" w:rsidR="00A80247" w:rsidRPr="00BD00B4" w:rsidRDefault="00A80247" w:rsidP="00A80247">
                  <w:pPr>
                    <w:spacing w:after="0"/>
                    <w:rPr>
                      <w:color w:val="auto"/>
                      <w:sz w:val="18"/>
                      <w:lang w:val="it-IT"/>
                    </w:rPr>
                  </w:pPr>
                  <w:r w:rsidRPr="00BD00B4">
                    <w:rPr>
                      <w:color w:val="auto"/>
                      <w:sz w:val="18"/>
                      <w:lang w:val="it-IT"/>
                    </w:rPr>
                    <w:t xml:space="preserve">Creazione di un poster digitale (es. con </w:t>
                  </w:r>
                  <w:proofErr w:type="spellStart"/>
                  <w:r w:rsidRPr="00BD00B4">
                    <w:rPr>
                      <w:color w:val="auto"/>
                      <w:sz w:val="18"/>
                      <w:lang w:val="it-IT"/>
                    </w:rPr>
                    <w:t>Canva</w:t>
                  </w:r>
                  <w:proofErr w:type="spellEnd"/>
                  <w:r w:rsidRPr="00BD00B4">
                    <w:rPr>
                      <w:color w:val="auto"/>
                      <w:sz w:val="18"/>
                      <w:lang w:val="it-IT"/>
                    </w:rPr>
                    <w:t>) con le regole della classe in inglese.</w:t>
                  </w:r>
                </w:p>
              </w:tc>
            </w:tr>
            <w:tr w:rsidR="00A80247" w:rsidRPr="00A80247" w14:paraId="74007EDA" w14:textId="77777777" w:rsidTr="005A4CA3">
              <w:trPr>
                <w:tblCellSpacing w:w="15" w:type="dxa"/>
              </w:trPr>
              <w:tc>
                <w:tcPr>
                  <w:tcW w:w="150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BF2933" w14:textId="77777777" w:rsidR="00A80247" w:rsidRPr="00BD00B4" w:rsidRDefault="00A80247" w:rsidP="00A80247">
                  <w:pPr>
                    <w:spacing w:after="0"/>
                    <w:rPr>
                      <w:color w:val="auto"/>
                      <w:sz w:val="18"/>
                      <w:lang w:val="it-IT"/>
                    </w:rPr>
                  </w:pPr>
                  <w:r w:rsidRPr="00BD00B4">
                    <w:rPr>
                      <w:color w:val="auto"/>
                      <w:sz w:val="18"/>
                      <w:lang w:val="it-IT"/>
                    </w:rPr>
                    <w:t>Q2 - Unità 6</w:t>
                  </w:r>
                </w:p>
                <w:p w14:paraId="6C9C37D5" w14:textId="77777777" w:rsidR="00A80247" w:rsidRPr="00BD00B4" w:rsidRDefault="00A80247" w:rsidP="00A80247">
                  <w:pPr>
                    <w:spacing w:after="0"/>
                    <w:rPr>
                      <w:color w:val="auto"/>
                      <w:sz w:val="18"/>
                      <w:lang w:val="it-IT"/>
                    </w:rPr>
                  </w:pPr>
                  <w:r w:rsidRPr="00BD00B4">
                    <w:rPr>
                      <w:color w:val="auto"/>
                      <w:sz w:val="18"/>
                      <w:lang w:val="it-IT"/>
                    </w:rPr>
                    <w:br/>
                  </w:r>
                </w:p>
                <w:p w14:paraId="4016C9F5" w14:textId="77777777" w:rsidR="00A80247" w:rsidRPr="00BD00B4" w:rsidRDefault="00A80247" w:rsidP="00A80247">
                  <w:pPr>
                    <w:spacing w:after="0"/>
                    <w:rPr>
                      <w:color w:val="auto"/>
                      <w:sz w:val="18"/>
                      <w:lang w:val="it-IT"/>
                    </w:rPr>
                  </w:pPr>
                  <w:r w:rsidRPr="00BD00B4">
                    <w:rPr>
                      <w:i/>
                      <w:iCs/>
                      <w:color w:val="auto"/>
                      <w:sz w:val="18"/>
                      <w:lang w:val="it-IT"/>
                    </w:rPr>
                    <w:t xml:space="preserve">(Maggio - </w:t>
                  </w:r>
                  <w:proofErr w:type="gramStart"/>
                  <w:r w:rsidRPr="00BD00B4">
                    <w:rPr>
                      <w:i/>
                      <w:iCs/>
                      <w:color w:val="auto"/>
                      <w:sz w:val="18"/>
                      <w:lang w:val="it-IT"/>
                    </w:rPr>
                    <w:t>Giugno</w:t>
                  </w:r>
                  <w:proofErr w:type="gramEnd"/>
                  <w:r w:rsidRPr="00BD00B4">
                    <w:rPr>
                      <w:i/>
                      <w:iCs/>
                      <w:color w:val="auto"/>
                      <w:sz w:val="18"/>
                      <w:lang w:val="it-IT"/>
                    </w:rPr>
                    <w:t>)</w:t>
                  </w:r>
                </w:p>
                <w:p w14:paraId="454EA547" w14:textId="77777777" w:rsidR="00A80247" w:rsidRPr="00BD00B4" w:rsidRDefault="00A80247" w:rsidP="00A80247">
                  <w:pPr>
                    <w:spacing w:after="0"/>
                    <w:rPr>
                      <w:color w:val="auto"/>
                      <w:sz w:val="18"/>
                      <w:lang w:val="it-IT"/>
                    </w:rPr>
                  </w:pPr>
                  <w:r w:rsidRPr="00BD00B4">
                    <w:rPr>
                      <w:color w:val="auto"/>
                      <w:sz w:val="18"/>
                      <w:lang w:val="it-IT"/>
                    </w:rPr>
                    <w:br/>
                  </w:r>
                </w:p>
                <w:p w14:paraId="7527767F" w14:textId="77777777" w:rsidR="00A80247" w:rsidRPr="00BD00B4" w:rsidRDefault="00A80247" w:rsidP="00A80247">
                  <w:pPr>
                    <w:spacing w:after="0"/>
                    <w:rPr>
                      <w:color w:val="auto"/>
                      <w:sz w:val="18"/>
                      <w:lang w:val="it-IT"/>
                    </w:rPr>
                  </w:pPr>
                  <w:r w:rsidRPr="00BD00B4">
                    <w:rPr>
                      <w:color w:val="auto"/>
                      <w:sz w:val="18"/>
                      <w:lang w:val="it-IT"/>
                    </w:rPr>
                    <w:t xml:space="preserve">Plans, </w:t>
                  </w:r>
                  <w:proofErr w:type="spellStart"/>
                  <w:r w:rsidRPr="00BD00B4">
                    <w:rPr>
                      <w:color w:val="auto"/>
                      <w:sz w:val="18"/>
                      <w:lang w:val="it-IT"/>
                    </w:rPr>
                    <w:t>Intentions</w:t>
                  </w:r>
                  <w:proofErr w:type="spellEnd"/>
                  <w:r w:rsidRPr="00BD00B4">
                    <w:rPr>
                      <w:color w:val="auto"/>
                      <w:sz w:val="18"/>
                      <w:lang w:val="it-IT"/>
                    </w:rPr>
                    <w:t xml:space="preserve"> &amp; Future</w:t>
                  </w:r>
                </w:p>
              </w:tc>
              <w:tc>
                <w:tcPr>
                  <w:tcW w:w="21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9E0F3" w14:textId="77777777" w:rsidR="00A80247" w:rsidRPr="00BD00B4" w:rsidRDefault="00A80247" w:rsidP="00A80247">
                  <w:pPr>
                    <w:spacing w:after="0"/>
                    <w:rPr>
                      <w:color w:val="auto"/>
                      <w:sz w:val="18"/>
                      <w:lang w:val="it-IT"/>
                    </w:rPr>
                  </w:pPr>
                  <w:r w:rsidRPr="00BD00B4">
                    <w:rPr>
                      <w:color w:val="auto"/>
                      <w:sz w:val="18"/>
                      <w:lang w:val="it-IT"/>
                    </w:rPr>
                    <w:t>Lessico: Tempo atmosferico, ecologia, progetti futuri.</w:t>
                  </w:r>
                </w:p>
                <w:p w14:paraId="5E3772AA" w14:textId="77777777" w:rsidR="00A80247" w:rsidRPr="00BD00B4" w:rsidRDefault="00A80247" w:rsidP="00A80247">
                  <w:pPr>
                    <w:spacing w:after="0"/>
                    <w:rPr>
                      <w:color w:val="auto"/>
                      <w:sz w:val="18"/>
                      <w:lang w:val="it-IT"/>
                    </w:rPr>
                  </w:pPr>
                  <w:r w:rsidRPr="00BD00B4">
                    <w:rPr>
                      <w:color w:val="auto"/>
                      <w:sz w:val="18"/>
                      <w:lang w:val="it-IT"/>
                    </w:rPr>
                    <w:br/>
                  </w:r>
                </w:p>
                <w:p w14:paraId="1036B9EE" w14:textId="29E203D3" w:rsidR="00A80247" w:rsidRPr="00BD00B4" w:rsidRDefault="00A80247" w:rsidP="00A80247">
                  <w:pPr>
                    <w:spacing w:after="0"/>
                    <w:rPr>
                      <w:color w:val="auto"/>
                      <w:sz w:val="18"/>
                      <w:lang w:val="it-IT"/>
                    </w:rPr>
                  </w:pPr>
                  <w:r w:rsidRPr="00BD00B4">
                    <w:rPr>
                      <w:color w:val="auto"/>
                      <w:sz w:val="18"/>
                      <w:lang w:val="it-IT"/>
                    </w:rPr>
                    <w:t xml:space="preserve">Grammatica: Present </w:t>
                  </w:r>
                  <w:proofErr w:type="spellStart"/>
                  <w:r w:rsidRPr="00BD00B4">
                    <w:rPr>
                      <w:color w:val="auto"/>
                      <w:sz w:val="18"/>
                      <w:lang w:val="it-IT"/>
                    </w:rPr>
                    <w:t>Continuous</w:t>
                  </w:r>
                  <w:proofErr w:type="spellEnd"/>
                  <w:r w:rsidRPr="00BD00B4">
                    <w:rPr>
                      <w:color w:val="auto"/>
                      <w:sz w:val="18"/>
                      <w:lang w:val="it-IT"/>
                    </w:rPr>
                    <w:t xml:space="preserve"> con valore di futuro.</w:t>
                  </w:r>
                </w:p>
              </w:tc>
              <w:tc>
                <w:tcPr>
                  <w:tcW w:w="162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878E98" w14:textId="77777777" w:rsidR="00A80247" w:rsidRPr="00BD00B4" w:rsidRDefault="00A80247" w:rsidP="00A80247">
                  <w:pPr>
                    <w:spacing w:after="0"/>
                    <w:rPr>
                      <w:color w:val="auto"/>
                      <w:sz w:val="18"/>
                      <w:lang w:val="it-IT"/>
                    </w:rPr>
                  </w:pPr>
                  <w:r w:rsidRPr="00BD00B4">
                    <w:rPr>
                      <w:color w:val="auto"/>
                      <w:sz w:val="18"/>
                      <w:lang w:val="it-IT"/>
                    </w:rPr>
                    <w:t>Inglese Globale e Autonomia:</w:t>
                  </w:r>
                </w:p>
                <w:p w14:paraId="51761A5C" w14:textId="77777777" w:rsidR="00A80247" w:rsidRPr="00BD00B4" w:rsidRDefault="00A80247" w:rsidP="00A80247">
                  <w:pPr>
                    <w:spacing w:after="0"/>
                    <w:rPr>
                      <w:color w:val="auto"/>
                      <w:sz w:val="18"/>
                      <w:lang w:val="it-IT"/>
                    </w:rPr>
                  </w:pPr>
                  <w:r w:rsidRPr="00BD00B4">
                    <w:rPr>
                      <w:color w:val="auto"/>
                      <w:sz w:val="18"/>
                      <w:lang w:val="it-IT"/>
                    </w:rPr>
                    <w:br/>
                  </w:r>
                </w:p>
                <w:p w14:paraId="3ADE1DA7" w14:textId="77777777" w:rsidR="00A80247" w:rsidRPr="00BD00B4" w:rsidRDefault="00A80247" w:rsidP="00A80247">
                  <w:pPr>
                    <w:spacing w:after="0"/>
                    <w:rPr>
                      <w:color w:val="auto"/>
                      <w:sz w:val="18"/>
                      <w:lang w:val="it-IT"/>
                    </w:rPr>
                  </w:pPr>
                  <w:r w:rsidRPr="00BD00B4">
                    <w:rPr>
                      <w:color w:val="auto"/>
                      <w:sz w:val="18"/>
                      <w:lang w:val="it-IT"/>
                    </w:rPr>
                    <w:t>Produzione di brevi sintesi (riassunti) e presentazioni sui propri progetti personali e ambientali.</w:t>
                  </w:r>
                </w:p>
              </w:tc>
              <w:tc>
                <w:tcPr>
                  <w:tcW w:w="153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246E86" w14:textId="77777777" w:rsidR="00A80247" w:rsidRPr="00BD00B4" w:rsidRDefault="00A80247" w:rsidP="00A80247">
                  <w:pPr>
                    <w:spacing w:after="0"/>
                    <w:rPr>
                      <w:color w:val="auto"/>
                      <w:sz w:val="18"/>
                      <w:lang w:val="it-IT"/>
                    </w:rPr>
                  </w:pPr>
                  <w:r w:rsidRPr="00BD00B4">
                    <w:rPr>
                      <w:color w:val="auto"/>
                      <w:sz w:val="18"/>
                      <w:lang w:val="it-IT"/>
                    </w:rPr>
                    <w:t>Goal 13: Lotta al Cambiamento Climatico</w:t>
                  </w:r>
                </w:p>
                <w:p w14:paraId="6EB1093B" w14:textId="77777777" w:rsidR="00A80247" w:rsidRPr="00BD00B4" w:rsidRDefault="00A80247" w:rsidP="00A80247">
                  <w:pPr>
                    <w:spacing w:after="0"/>
                    <w:rPr>
                      <w:color w:val="auto"/>
                      <w:sz w:val="18"/>
                      <w:lang w:val="it-IT"/>
                    </w:rPr>
                  </w:pPr>
                  <w:r w:rsidRPr="00BD00B4">
                    <w:rPr>
                      <w:color w:val="auto"/>
                      <w:sz w:val="18"/>
                      <w:lang w:val="it-IT"/>
                    </w:rPr>
                    <w:br/>
                  </w:r>
                </w:p>
                <w:p w14:paraId="18BC14B2" w14:textId="77777777" w:rsidR="00A80247" w:rsidRPr="00BD00B4" w:rsidRDefault="00A80247" w:rsidP="00A80247">
                  <w:pPr>
                    <w:spacing w:after="0"/>
                    <w:rPr>
                      <w:color w:val="auto"/>
                      <w:sz w:val="18"/>
                      <w:lang w:val="it-IT"/>
                    </w:rPr>
                  </w:pPr>
                  <w:r w:rsidRPr="00BD00B4">
                    <w:rPr>
                      <w:color w:val="auto"/>
                      <w:sz w:val="18"/>
                      <w:lang w:val="it-IT"/>
                    </w:rPr>
                    <w:t>Pianificazione di azioni concrete a tutela dell'ambiente per l'anno successivo.</w:t>
                  </w:r>
                </w:p>
              </w:tc>
              <w:tc>
                <w:tcPr>
                  <w:tcW w:w="177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72B8AD" w14:textId="77777777" w:rsidR="00A80247" w:rsidRPr="00BD00B4" w:rsidRDefault="00A80247" w:rsidP="00A80247">
                  <w:pPr>
                    <w:spacing w:after="0"/>
                    <w:rPr>
                      <w:color w:val="auto"/>
                      <w:sz w:val="18"/>
                      <w:lang w:val="it-IT"/>
                    </w:rPr>
                  </w:pPr>
                  <w:r w:rsidRPr="00BD00B4">
                    <w:rPr>
                      <w:color w:val="auto"/>
                      <w:sz w:val="18"/>
                      <w:lang w:val="it-IT"/>
                    </w:rPr>
                    <w:t>2.1 Interagire:</w:t>
                  </w:r>
                </w:p>
                <w:p w14:paraId="06236752" w14:textId="77777777" w:rsidR="00A80247" w:rsidRPr="00BD00B4" w:rsidRDefault="00A80247" w:rsidP="00A80247">
                  <w:pPr>
                    <w:spacing w:after="0"/>
                    <w:rPr>
                      <w:color w:val="auto"/>
                      <w:sz w:val="18"/>
                      <w:lang w:val="it-IT"/>
                    </w:rPr>
                  </w:pPr>
                  <w:r w:rsidRPr="00BD00B4">
                    <w:rPr>
                      <w:color w:val="auto"/>
                      <w:sz w:val="18"/>
                      <w:lang w:val="it-IT"/>
                    </w:rPr>
                    <w:br/>
                  </w:r>
                </w:p>
                <w:p w14:paraId="173F5730" w14:textId="77777777" w:rsidR="00A80247" w:rsidRPr="00BD00B4" w:rsidRDefault="00A80247" w:rsidP="00A80247">
                  <w:pPr>
                    <w:spacing w:after="0"/>
                    <w:rPr>
                      <w:color w:val="auto"/>
                      <w:sz w:val="18"/>
                      <w:lang w:val="it-IT"/>
                    </w:rPr>
                  </w:pPr>
                  <w:r w:rsidRPr="00BD00B4">
                    <w:rPr>
                      <w:color w:val="auto"/>
                      <w:sz w:val="18"/>
                      <w:lang w:val="it-IT"/>
                    </w:rPr>
                    <w:t>Presentazione finale di un progetto digitale multilivello (diapositive/video) condiviso sulla piattaforma di classe.</w:t>
                  </w:r>
                </w:p>
              </w:tc>
            </w:tr>
          </w:tbl>
          <w:p w14:paraId="7133FA1F" w14:textId="77777777" w:rsidR="00C84615" w:rsidRPr="00793F2F" w:rsidRDefault="00C84615">
            <w:pPr>
              <w:spacing w:after="0"/>
              <w:rPr>
                <w:b/>
                <w:color w:val="002060"/>
                <w:sz w:val="18"/>
              </w:rPr>
            </w:pPr>
          </w:p>
        </w:tc>
        <w:tc>
          <w:tcPr>
            <w:tcW w:w="236" w:type="dxa"/>
          </w:tcPr>
          <w:p w14:paraId="720F6148" w14:textId="77777777" w:rsidR="00C84615" w:rsidRDefault="00C84615">
            <w:pPr>
              <w:spacing w:after="0"/>
              <w:rPr>
                <w:b/>
                <w:color w:val="002060"/>
                <w:sz w:val="18"/>
              </w:rPr>
            </w:pPr>
          </w:p>
        </w:tc>
        <w:tc>
          <w:tcPr>
            <w:tcW w:w="236" w:type="dxa"/>
          </w:tcPr>
          <w:p w14:paraId="53140842" w14:textId="77777777" w:rsidR="00C84615" w:rsidRPr="00793F2F" w:rsidRDefault="00C84615">
            <w:pPr>
              <w:spacing w:after="0"/>
              <w:rPr>
                <w:b/>
                <w:color w:val="002060"/>
                <w:sz w:val="18"/>
              </w:rPr>
            </w:pPr>
          </w:p>
        </w:tc>
        <w:tc>
          <w:tcPr>
            <w:tcW w:w="221" w:type="dxa"/>
          </w:tcPr>
          <w:p w14:paraId="428DA49E" w14:textId="77777777" w:rsidR="00C84615" w:rsidRPr="00793F2F" w:rsidRDefault="00C84615">
            <w:pPr>
              <w:spacing w:after="0"/>
              <w:rPr>
                <w:b/>
                <w:color w:val="002060"/>
                <w:sz w:val="18"/>
              </w:rPr>
            </w:pPr>
          </w:p>
        </w:tc>
        <w:tc>
          <w:tcPr>
            <w:tcW w:w="221" w:type="dxa"/>
          </w:tcPr>
          <w:p w14:paraId="4EF116AB" w14:textId="77777777" w:rsidR="00C84615" w:rsidRPr="00793F2F" w:rsidRDefault="00C84615">
            <w:pPr>
              <w:spacing w:after="0"/>
              <w:rPr>
                <w:b/>
                <w:color w:val="002060"/>
                <w:sz w:val="18"/>
              </w:rPr>
            </w:pPr>
          </w:p>
        </w:tc>
      </w:tr>
    </w:tbl>
    <w:p w14:paraId="5161491C" w14:textId="77777777" w:rsidR="00722E35" w:rsidRDefault="00722E35"/>
    <w:p w14:paraId="017BD510" w14:textId="77777777" w:rsidR="006571B7" w:rsidRDefault="006571B7"/>
    <w:p w14:paraId="2F635372" w14:textId="77777777" w:rsidR="006571B7" w:rsidRDefault="006571B7"/>
    <w:p w14:paraId="531E1348" w14:textId="77777777" w:rsidR="002249B6" w:rsidRDefault="002249B6"/>
    <w:p w14:paraId="4FB72A93" w14:textId="77777777" w:rsidR="006571B7" w:rsidRPr="006571B7" w:rsidRDefault="006571B7" w:rsidP="006571B7">
      <w:pPr>
        <w:rPr>
          <w:b/>
          <w:bCs/>
          <w:lang w:val="it-IT"/>
        </w:rPr>
      </w:pPr>
      <w:r w:rsidRPr="006571B7">
        <w:rPr>
          <w:b/>
          <w:bCs/>
          <w:lang w:val="it-IT"/>
        </w:rPr>
        <w:lastRenderedPageBreak/>
        <w:t>Focus Metodologico Integrato</w:t>
      </w:r>
    </w:p>
    <w:p w14:paraId="40E93A52" w14:textId="77777777" w:rsidR="006571B7" w:rsidRPr="006571B7" w:rsidRDefault="006571B7" w:rsidP="006571B7">
      <w:pPr>
        <w:numPr>
          <w:ilvl w:val="0"/>
          <w:numId w:val="26"/>
        </w:numPr>
        <w:rPr>
          <w:lang w:val="it-IT"/>
        </w:rPr>
      </w:pPr>
      <w:r w:rsidRPr="006571B7">
        <w:rPr>
          <w:b/>
          <w:bCs/>
          <w:lang w:val="it-IT"/>
        </w:rPr>
        <w:t>Livello Target:</w:t>
      </w:r>
      <w:r w:rsidRPr="006571B7">
        <w:rPr>
          <w:lang w:val="it-IT"/>
        </w:rPr>
        <w:t xml:space="preserve"> Raggiungimento progressivo e consolidamento del livello </w:t>
      </w:r>
      <w:r w:rsidRPr="006571B7">
        <w:rPr>
          <w:b/>
          <w:bCs/>
          <w:lang w:val="it-IT"/>
        </w:rPr>
        <w:t>A2</w:t>
      </w:r>
      <w:r w:rsidRPr="006571B7">
        <w:rPr>
          <w:lang w:val="it-IT"/>
        </w:rPr>
        <w:t xml:space="preserve"> (QCER) in linea con le Nuove Indicazioni Nazionali.</w:t>
      </w:r>
    </w:p>
    <w:p w14:paraId="4E6F2B5D" w14:textId="77777777" w:rsidR="006571B7" w:rsidRPr="006571B7" w:rsidRDefault="006571B7" w:rsidP="006571B7">
      <w:pPr>
        <w:numPr>
          <w:ilvl w:val="0"/>
          <w:numId w:val="26"/>
        </w:numPr>
        <w:rPr>
          <w:lang w:val="it-IT"/>
        </w:rPr>
      </w:pPr>
      <w:r w:rsidRPr="006571B7">
        <w:rPr>
          <w:b/>
          <w:bCs/>
          <w:lang w:val="it-IT"/>
        </w:rPr>
        <w:t>Metodologia:</w:t>
      </w:r>
      <w:r w:rsidRPr="006571B7">
        <w:rPr>
          <w:lang w:val="it-IT"/>
        </w:rPr>
        <w:t xml:space="preserve"> </w:t>
      </w:r>
    </w:p>
    <w:p w14:paraId="19DF64E1" w14:textId="77777777" w:rsidR="006571B7" w:rsidRPr="006571B7" w:rsidRDefault="006571B7" w:rsidP="006571B7">
      <w:pPr>
        <w:numPr>
          <w:ilvl w:val="1"/>
          <w:numId w:val="26"/>
        </w:numPr>
        <w:rPr>
          <w:lang w:val="it-IT"/>
        </w:rPr>
      </w:pPr>
      <w:r w:rsidRPr="006571B7">
        <w:rPr>
          <w:b/>
          <w:bCs/>
          <w:lang w:val="it-IT"/>
        </w:rPr>
        <w:t>Approccio comunicativo e laboratoriale:</w:t>
      </w:r>
      <w:r w:rsidRPr="006571B7">
        <w:rPr>
          <w:lang w:val="it-IT"/>
        </w:rPr>
        <w:t xml:space="preserve"> Attività pratiche (</w:t>
      </w:r>
      <w:r w:rsidRPr="006571B7">
        <w:rPr>
          <w:i/>
          <w:iCs/>
          <w:lang w:val="it-IT"/>
        </w:rPr>
        <w:t>task-</w:t>
      </w:r>
      <w:proofErr w:type="spellStart"/>
      <w:r w:rsidRPr="006571B7">
        <w:rPr>
          <w:i/>
          <w:iCs/>
          <w:lang w:val="it-IT"/>
        </w:rPr>
        <w:t>based</w:t>
      </w:r>
      <w:proofErr w:type="spellEnd"/>
      <w:r w:rsidRPr="006571B7">
        <w:rPr>
          <w:lang w:val="it-IT"/>
        </w:rPr>
        <w:t xml:space="preserve">). </w:t>
      </w:r>
    </w:p>
    <w:p w14:paraId="2A2DDA44" w14:textId="77777777" w:rsidR="006571B7" w:rsidRPr="006571B7" w:rsidRDefault="006571B7" w:rsidP="006571B7">
      <w:pPr>
        <w:numPr>
          <w:ilvl w:val="1"/>
          <w:numId w:val="26"/>
        </w:numPr>
        <w:rPr>
          <w:lang w:val="it-IT"/>
        </w:rPr>
      </w:pPr>
      <w:r w:rsidRPr="006571B7">
        <w:rPr>
          <w:b/>
          <w:bCs/>
          <w:lang w:val="it-IT"/>
        </w:rPr>
        <w:t>Fruizione di testi e media autentici:</w:t>
      </w:r>
      <w:r w:rsidRPr="006571B7">
        <w:rPr>
          <w:lang w:val="it-IT"/>
        </w:rPr>
        <w:t xml:space="preserve"> Podcast, brevi clip video e audio per l'ascolto.</w:t>
      </w:r>
    </w:p>
    <w:p w14:paraId="3C1B23F7" w14:textId="77777777" w:rsidR="006571B7" w:rsidRPr="006571B7" w:rsidRDefault="006571B7" w:rsidP="006571B7">
      <w:pPr>
        <w:numPr>
          <w:ilvl w:val="1"/>
          <w:numId w:val="26"/>
        </w:numPr>
        <w:rPr>
          <w:lang w:val="it-IT"/>
        </w:rPr>
      </w:pPr>
      <w:r w:rsidRPr="006571B7">
        <w:rPr>
          <w:b/>
          <w:bCs/>
          <w:lang w:val="it-IT"/>
        </w:rPr>
        <w:t>Lavoro cooperativo e di mediazione:</w:t>
      </w:r>
      <w:r w:rsidRPr="006571B7">
        <w:rPr>
          <w:lang w:val="it-IT"/>
        </w:rPr>
        <w:t xml:space="preserve"> Sviluppo delle competenze socio-emotive e del confronto interculturale. </w:t>
      </w:r>
    </w:p>
    <w:p w14:paraId="4132CE22" w14:textId="77777777" w:rsidR="006571B7" w:rsidRDefault="006571B7"/>
    <w:p w14:paraId="182353F2" w14:textId="2FB52104" w:rsidR="0022473A" w:rsidRPr="00450936" w:rsidRDefault="00722E35" w:rsidP="00450936">
      <w:pPr>
        <w:pStyle w:val="Paragrafoelenco"/>
        <w:numPr>
          <w:ilvl w:val="0"/>
          <w:numId w:val="18"/>
        </w:numPr>
        <w:rPr>
          <w:b/>
          <w:bCs/>
          <w:sz w:val="24"/>
          <w:szCs w:val="28"/>
          <w:u w:val="single"/>
          <w:lang w:val="it-IT"/>
        </w:rPr>
      </w:pPr>
      <w:r w:rsidRPr="00450936">
        <w:rPr>
          <w:b/>
          <w:bCs/>
          <w:sz w:val="24"/>
          <w:szCs w:val="28"/>
          <w:u w:val="single"/>
          <w:lang w:val="it-IT"/>
        </w:rPr>
        <w:t>Mezzi e Strumenti Didattici</w:t>
      </w:r>
    </w:p>
    <w:p w14:paraId="3552937B" w14:textId="447358D2" w:rsidR="00722E35" w:rsidRPr="0022473A" w:rsidRDefault="00722E35" w:rsidP="0022473A">
      <w:pPr>
        <w:pStyle w:val="Paragrafoelenco"/>
        <w:numPr>
          <w:ilvl w:val="0"/>
          <w:numId w:val="16"/>
        </w:numPr>
        <w:rPr>
          <w:b/>
          <w:bCs/>
          <w:sz w:val="28"/>
          <w:szCs w:val="32"/>
          <w:u w:val="single"/>
          <w:lang w:val="it-IT"/>
        </w:rPr>
      </w:pPr>
      <w:r w:rsidRPr="0022473A">
        <w:rPr>
          <w:b/>
          <w:bCs/>
          <w:lang w:val="it-IT"/>
        </w:rPr>
        <w:t>Strumenti Cartacei e Tradizionali</w:t>
      </w:r>
    </w:p>
    <w:p w14:paraId="3BF09F6A" w14:textId="440B14AB" w:rsidR="00722E35" w:rsidRPr="00722E35" w:rsidRDefault="00722E35" w:rsidP="00722E35">
      <w:pPr>
        <w:numPr>
          <w:ilvl w:val="0"/>
          <w:numId w:val="10"/>
        </w:numPr>
        <w:rPr>
          <w:lang w:val="it-IT"/>
        </w:rPr>
      </w:pPr>
      <w:r w:rsidRPr="00722E35">
        <w:rPr>
          <w:lang w:val="it-IT"/>
        </w:rPr>
        <w:t>Libro di testo in adozione (</w:t>
      </w:r>
      <w:r w:rsidR="002D53BF">
        <w:rPr>
          <w:i/>
          <w:iCs/>
          <w:lang w:val="it-IT"/>
        </w:rPr>
        <w:t>KICKSTART 2</w:t>
      </w:r>
      <w:r w:rsidRPr="00722E35">
        <w:rPr>
          <w:i/>
          <w:iCs/>
          <w:lang w:val="it-IT"/>
        </w:rPr>
        <w:t xml:space="preserve"> - </w:t>
      </w:r>
      <w:proofErr w:type="spellStart"/>
      <w:r w:rsidRPr="00722E35">
        <w:rPr>
          <w:i/>
          <w:iCs/>
          <w:lang w:val="it-IT"/>
        </w:rPr>
        <w:t>Student's</w:t>
      </w:r>
      <w:proofErr w:type="spellEnd"/>
      <w:r w:rsidRPr="00722E35">
        <w:rPr>
          <w:i/>
          <w:iCs/>
          <w:lang w:val="it-IT"/>
        </w:rPr>
        <w:t xml:space="preserve"> Book &amp; </w:t>
      </w:r>
      <w:proofErr w:type="spellStart"/>
      <w:r w:rsidRPr="00722E35">
        <w:rPr>
          <w:i/>
          <w:iCs/>
          <w:lang w:val="it-IT"/>
        </w:rPr>
        <w:t>Workbook</w:t>
      </w:r>
      <w:proofErr w:type="spellEnd"/>
      <w:r w:rsidRPr="00722E35">
        <w:rPr>
          <w:lang w:val="it-IT"/>
        </w:rPr>
        <w:t>).</w:t>
      </w:r>
    </w:p>
    <w:p w14:paraId="19207529" w14:textId="77777777" w:rsidR="00722E35" w:rsidRPr="00722E35" w:rsidRDefault="00722E35" w:rsidP="00722E35">
      <w:pPr>
        <w:numPr>
          <w:ilvl w:val="0"/>
          <w:numId w:val="10"/>
        </w:numPr>
        <w:rPr>
          <w:lang w:val="it-IT"/>
        </w:rPr>
      </w:pPr>
      <w:r w:rsidRPr="00722E35">
        <w:rPr>
          <w:lang w:val="it-IT"/>
        </w:rPr>
        <w:t>Schede didattiche personalizzate di consolidamento, potenziamento e recupero predisposte dal docente.</w:t>
      </w:r>
    </w:p>
    <w:p w14:paraId="0D3B5C98" w14:textId="77777777" w:rsidR="00722E35" w:rsidRPr="00722E35" w:rsidRDefault="00722E35" w:rsidP="00722E35">
      <w:pPr>
        <w:numPr>
          <w:ilvl w:val="0"/>
          <w:numId w:val="10"/>
        </w:numPr>
        <w:rPr>
          <w:lang w:val="it-IT"/>
        </w:rPr>
      </w:pPr>
      <w:proofErr w:type="spellStart"/>
      <w:r w:rsidRPr="00722E35">
        <w:rPr>
          <w:lang w:val="it-IT"/>
        </w:rPr>
        <w:t>Flashcard</w:t>
      </w:r>
      <w:proofErr w:type="spellEnd"/>
      <w:r w:rsidRPr="00722E35">
        <w:rPr>
          <w:lang w:val="it-IT"/>
        </w:rPr>
        <w:t>, poster grammaticali/lessicali e materiale visivo d'aula per facilitare la memorizzazione e il rinforzo visivo.</w:t>
      </w:r>
    </w:p>
    <w:p w14:paraId="395BFDA0" w14:textId="77777777" w:rsidR="00722E35" w:rsidRPr="00722E35" w:rsidRDefault="00722E35" w:rsidP="00722E35">
      <w:pPr>
        <w:numPr>
          <w:ilvl w:val="0"/>
          <w:numId w:val="10"/>
        </w:numPr>
        <w:rPr>
          <w:lang w:val="it-IT"/>
        </w:rPr>
      </w:pPr>
      <w:proofErr w:type="spellStart"/>
      <w:r w:rsidRPr="00722E35">
        <w:rPr>
          <w:lang w:val="it-IT"/>
        </w:rPr>
        <w:t>Graded</w:t>
      </w:r>
      <w:proofErr w:type="spellEnd"/>
      <w:r w:rsidRPr="00722E35">
        <w:rPr>
          <w:lang w:val="it-IT"/>
        </w:rPr>
        <w:t xml:space="preserve"> Readers (letture graduate di livello A1/A2) per la promozione della lettura autonoma.</w:t>
      </w:r>
    </w:p>
    <w:p w14:paraId="191DA4C4" w14:textId="77777777" w:rsidR="00722E35" w:rsidRPr="0022473A" w:rsidRDefault="00722E35" w:rsidP="0022473A">
      <w:pPr>
        <w:pStyle w:val="Paragrafoelenco"/>
        <w:numPr>
          <w:ilvl w:val="0"/>
          <w:numId w:val="16"/>
        </w:numPr>
        <w:rPr>
          <w:b/>
          <w:bCs/>
          <w:lang w:val="it-IT"/>
        </w:rPr>
      </w:pPr>
      <w:r w:rsidRPr="0022473A">
        <w:rPr>
          <w:b/>
          <w:bCs/>
          <w:lang w:val="it-IT"/>
        </w:rPr>
        <w:t>Strumenti Digitali e Multimediali (</w:t>
      </w:r>
      <w:proofErr w:type="spellStart"/>
      <w:r w:rsidRPr="0022473A">
        <w:rPr>
          <w:b/>
          <w:bCs/>
          <w:lang w:val="it-IT"/>
        </w:rPr>
        <w:t>DigComp</w:t>
      </w:r>
      <w:proofErr w:type="spellEnd"/>
      <w:r w:rsidRPr="0022473A">
        <w:rPr>
          <w:b/>
          <w:bCs/>
          <w:lang w:val="it-IT"/>
        </w:rPr>
        <w:t xml:space="preserve"> 2.2)</w:t>
      </w:r>
    </w:p>
    <w:p w14:paraId="2146AB2D" w14:textId="77777777" w:rsidR="00722E35" w:rsidRPr="00722E35" w:rsidRDefault="00722E35" w:rsidP="00722E35">
      <w:pPr>
        <w:numPr>
          <w:ilvl w:val="0"/>
          <w:numId w:val="11"/>
        </w:numPr>
        <w:rPr>
          <w:lang w:val="it-IT"/>
        </w:rPr>
      </w:pPr>
      <w:r w:rsidRPr="00722E35">
        <w:rPr>
          <w:b/>
          <w:bCs/>
          <w:lang w:val="it-IT"/>
        </w:rPr>
        <w:t>LIM / Monitor Touchscreen d'aula</w:t>
      </w:r>
      <w:r w:rsidRPr="00722E35">
        <w:rPr>
          <w:lang w:val="it-IT"/>
        </w:rPr>
        <w:t xml:space="preserve"> per lezioni partecipate e l'uso interattivo del libro digitale.</w:t>
      </w:r>
    </w:p>
    <w:p w14:paraId="2F21AB20" w14:textId="47597554" w:rsidR="00722E35" w:rsidRPr="00722E35" w:rsidRDefault="0032739F" w:rsidP="00722E35">
      <w:pPr>
        <w:numPr>
          <w:ilvl w:val="0"/>
          <w:numId w:val="11"/>
        </w:numPr>
        <w:rPr>
          <w:lang w:val="it-IT"/>
        </w:rPr>
      </w:pPr>
      <w:r>
        <w:rPr>
          <w:b/>
          <w:bCs/>
          <w:lang w:val="it-IT"/>
        </w:rPr>
        <w:t xml:space="preserve">KICKSTART </w:t>
      </w:r>
      <w:r w:rsidR="00722E35" w:rsidRPr="00722E35">
        <w:rPr>
          <w:b/>
          <w:bCs/>
          <w:lang w:val="it-IT"/>
        </w:rPr>
        <w:t>Digital Pack:</w:t>
      </w:r>
      <w:r w:rsidR="00722E35" w:rsidRPr="00722E35">
        <w:rPr>
          <w:lang w:val="it-IT"/>
        </w:rPr>
        <w:t xml:space="preserve"> versione multimediale e interattiva del testo con audio sintetizzato, video-regole ed esercizi ad autocorrezione.</w:t>
      </w:r>
    </w:p>
    <w:p w14:paraId="39AEB2EE" w14:textId="77777777" w:rsidR="00722E35" w:rsidRPr="00722E35" w:rsidRDefault="00722E35" w:rsidP="00722E35">
      <w:pPr>
        <w:numPr>
          <w:ilvl w:val="0"/>
          <w:numId w:val="11"/>
        </w:numPr>
        <w:rPr>
          <w:lang w:val="it-IT"/>
        </w:rPr>
      </w:pPr>
      <w:r w:rsidRPr="00722E35">
        <w:rPr>
          <w:b/>
          <w:bCs/>
          <w:lang w:val="it-IT"/>
        </w:rPr>
        <w:t>Piattaforme di e-learning</w:t>
      </w:r>
      <w:r w:rsidRPr="00722E35">
        <w:rPr>
          <w:lang w:val="it-IT"/>
        </w:rPr>
        <w:t xml:space="preserve"> (Google Workspace / Microsoft Teams) per la condivisione di materiali, compiti e feedback.</w:t>
      </w:r>
    </w:p>
    <w:p w14:paraId="7E133929" w14:textId="77777777" w:rsidR="00722E35" w:rsidRPr="00722E35" w:rsidRDefault="00722E35" w:rsidP="00722E35">
      <w:pPr>
        <w:numPr>
          <w:ilvl w:val="0"/>
          <w:numId w:val="11"/>
        </w:numPr>
        <w:rPr>
          <w:lang w:val="it-IT"/>
        </w:rPr>
      </w:pPr>
      <w:r w:rsidRPr="00722E35">
        <w:rPr>
          <w:b/>
          <w:bCs/>
          <w:lang w:val="it-IT"/>
        </w:rPr>
        <w:t>Web-App e Gamification:</w:t>
      </w:r>
      <w:r w:rsidRPr="00722E35">
        <w:rPr>
          <w:lang w:val="it-IT"/>
        </w:rPr>
        <w:t xml:space="preserve"> </w:t>
      </w:r>
      <w:proofErr w:type="spellStart"/>
      <w:proofErr w:type="gramStart"/>
      <w:r w:rsidRPr="00722E35">
        <w:rPr>
          <w:i/>
          <w:iCs/>
          <w:lang w:val="it-IT"/>
        </w:rPr>
        <w:t>Kahoot</w:t>
      </w:r>
      <w:proofErr w:type="spellEnd"/>
      <w:r w:rsidRPr="00722E35">
        <w:rPr>
          <w:i/>
          <w:iCs/>
          <w:lang w:val="it-IT"/>
        </w:rPr>
        <w:t>!</w:t>
      </w:r>
      <w:r w:rsidRPr="00722E35">
        <w:rPr>
          <w:lang w:val="it-IT"/>
        </w:rPr>
        <w:t>,</w:t>
      </w:r>
      <w:proofErr w:type="gramEnd"/>
      <w:r w:rsidRPr="00722E35">
        <w:rPr>
          <w:lang w:val="it-IT"/>
        </w:rPr>
        <w:t xml:space="preserve"> </w:t>
      </w:r>
      <w:proofErr w:type="spellStart"/>
      <w:r w:rsidRPr="00722E35">
        <w:rPr>
          <w:i/>
          <w:iCs/>
          <w:lang w:val="it-IT"/>
        </w:rPr>
        <w:t>Quizlet</w:t>
      </w:r>
      <w:proofErr w:type="spellEnd"/>
      <w:r w:rsidRPr="00722E35">
        <w:rPr>
          <w:lang w:val="it-IT"/>
        </w:rPr>
        <w:t xml:space="preserve">, </w:t>
      </w:r>
      <w:proofErr w:type="spellStart"/>
      <w:r w:rsidRPr="00722E35">
        <w:rPr>
          <w:i/>
          <w:iCs/>
          <w:lang w:val="it-IT"/>
        </w:rPr>
        <w:t>Padlet</w:t>
      </w:r>
      <w:proofErr w:type="spellEnd"/>
      <w:r w:rsidRPr="00722E35">
        <w:rPr>
          <w:lang w:val="it-IT"/>
        </w:rPr>
        <w:t xml:space="preserve"> e </w:t>
      </w:r>
      <w:proofErr w:type="spellStart"/>
      <w:r w:rsidRPr="00722E35">
        <w:rPr>
          <w:i/>
          <w:iCs/>
          <w:lang w:val="it-IT"/>
        </w:rPr>
        <w:t>Mentimeter</w:t>
      </w:r>
      <w:proofErr w:type="spellEnd"/>
      <w:r w:rsidRPr="00722E35">
        <w:rPr>
          <w:lang w:val="it-IT"/>
        </w:rPr>
        <w:t xml:space="preserve"> per il ripasso guidato e la valutazione formativa dinamica.</w:t>
      </w:r>
    </w:p>
    <w:p w14:paraId="196DA942" w14:textId="4147F87A" w:rsidR="00450936" w:rsidRPr="00B36B05" w:rsidRDefault="00722E35" w:rsidP="00450936">
      <w:pPr>
        <w:numPr>
          <w:ilvl w:val="0"/>
          <w:numId w:val="11"/>
        </w:numPr>
        <w:rPr>
          <w:lang w:val="it-IT"/>
        </w:rPr>
      </w:pPr>
      <w:r w:rsidRPr="00722E35">
        <w:rPr>
          <w:b/>
          <w:bCs/>
          <w:lang w:val="it-IT"/>
        </w:rPr>
        <w:t>Dizionari e risorse online:</w:t>
      </w:r>
      <w:r w:rsidRPr="00722E35">
        <w:rPr>
          <w:lang w:val="it-IT"/>
        </w:rPr>
        <w:t xml:space="preserve"> </w:t>
      </w:r>
      <w:r w:rsidRPr="00722E35">
        <w:rPr>
          <w:i/>
          <w:iCs/>
          <w:lang w:val="it-IT"/>
        </w:rPr>
        <w:t xml:space="preserve">Oxford </w:t>
      </w:r>
      <w:proofErr w:type="spellStart"/>
      <w:r w:rsidRPr="00722E35">
        <w:rPr>
          <w:i/>
          <w:iCs/>
          <w:lang w:val="it-IT"/>
        </w:rPr>
        <w:t>Learner's</w:t>
      </w:r>
      <w:proofErr w:type="spellEnd"/>
      <w:r w:rsidRPr="00722E35">
        <w:rPr>
          <w:i/>
          <w:iCs/>
          <w:lang w:val="it-IT"/>
        </w:rPr>
        <w:t xml:space="preserve"> Dictionary</w:t>
      </w:r>
      <w:r w:rsidRPr="00722E35">
        <w:rPr>
          <w:lang w:val="it-IT"/>
        </w:rPr>
        <w:t xml:space="preserve">, </w:t>
      </w:r>
      <w:proofErr w:type="spellStart"/>
      <w:r w:rsidRPr="00722E35">
        <w:rPr>
          <w:i/>
          <w:iCs/>
          <w:lang w:val="it-IT"/>
        </w:rPr>
        <w:t>WordReference</w:t>
      </w:r>
      <w:proofErr w:type="spellEnd"/>
      <w:r w:rsidRPr="00722E35">
        <w:rPr>
          <w:lang w:val="it-IT"/>
        </w:rPr>
        <w:t xml:space="preserve">, </w:t>
      </w:r>
      <w:r w:rsidRPr="00722E35">
        <w:rPr>
          <w:i/>
          <w:iCs/>
          <w:lang w:val="it-IT"/>
        </w:rPr>
        <w:t>BBC Learning English</w:t>
      </w:r>
      <w:r w:rsidRPr="00722E35">
        <w:rPr>
          <w:lang w:val="it-IT"/>
        </w:rPr>
        <w:t>.</w:t>
      </w:r>
    </w:p>
    <w:p w14:paraId="120210F1" w14:textId="77777777" w:rsidR="00450936" w:rsidRPr="00450936" w:rsidRDefault="00450936" w:rsidP="00450936">
      <w:pPr>
        <w:pStyle w:val="Paragrafoelenco"/>
        <w:keepNext/>
        <w:numPr>
          <w:ilvl w:val="0"/>
          <w:numId w:val="17"/>
        </w:numPr>
        <w:spacing w:before="280"/>
        <w:rPr>
          <w:sz w:val="18"/>
          <w:szCs w:val="20"/>
          <w:u w:val="single"/>
        </w:rPr>
      </w:pPr>
      <w:proofErr w:type="spellStart"/>
      <w:r w:rsidRPr="00450936">
        <w:rPr>
          <w:b/>
          <w:color w:val="1A365D"/>
          <w:sz w:val="24"/>
          <w:szCs w:val="20"/>
          <w:u w:val="single"/>
        </w:rPr>
        <w:t>Metodologia</w:t>
      </w:r>
      <w:proofErr w:type="spellEnd"/>
      <w:r w:rsidRPr="00450936">
        <w:rPr>
          <w:b/>
          <w:color w:val="1A365D"/>
          <w:sz w:val="24"/>
          <w:szCs w:val="20"/>
          <w:u w:val="single"/>
        </w:rPr>
        <w:t xml:space="preserve"> </w:t>
      </w:r>
      <w:proofErr w:type="spellStart"/>
      <w:r w:rsidRPr="00450936">
        <w:rPr>
          <w:b/>
          <w:color w:val="1A365D"/>
          <w:sz w:val="24"/>
          <w:szCs w:val="20"/>
          <w:u w:val="single"/>
        </w:rPr>
        <w:t>Didattica</w:t>
      </w:r>
      <w:proofErr w:type="spellEnd"/>
      <w:r w:rsidRPr="00450936">
        <w:rPr>
          <w:b/>
          <w:color w:val="1A365D"/>
          <w:sz w:val="24"/>
          <w:szCs w:val="20"/>
          <w:u w:val="single"/>
        </w:rPr>
        <w:t xml:space="preserve"> e </w:t>
      </w:r>
      <w:proofErr w:type="spellStart"/>
      <w:r w:rsidRPr="00450936">
        <w:rPr>
          <w:b/>
          <w:color w:val="1A365D"/>
          <w:sz w:val="24"/>
          <w:szCs w:val="20"/>
          <w:u w:val="single"/>
        </w:rPr>
        <w:t>Inclusione</w:t>
      </w:r>
      <w:proofErr w:type="spellEnd"/>
    </w:p>
    <w:p w14:paraId="7450964F" w14:textId="77777777" w:rsidR="00450936" w:rsidRPr="00450936" w:rsidRDefault="00450936" w:rsidP="00450936">
      <w:pPr>
        <w:pStyle w:val="Puntoelenco"/>
        <w:spacing w:after="60"/>
        <w:ind w:left="432"/>
        <w:rPr>
          <w:color w:val="auto"/>
          <w:szCs w:val="20"/>
        </w:rPr>
      </w:pPr>
      <w:r w:rsidRPr="00450936">
        <w:rPr>
          <w:color w:val="auto"/>
          <w:szCs w:val="20"/>
        </w:rPr>
        <w:t xml:space="preserve">Task-Based Learning (TBL): </w:t>
      </w:r>
      <w:proofErr w:type="spellStart"/>
      <w:r w:rsidRPr="00450936">
        <w:rPr>
          <w:color w:val="auto"/>
          <w:szCs w:val="20"/>
        </w:rPr>
        <w:t>Apprendimento</w:t>
      </w:r>
      <w:proofErr w:type="spellEnd"/>
      <w:r w:rsidRPr="00450936">
        <w:rPr>
          <w:color w:val="auto"/>
          <w:szCs w:val="20"/>
        </w:rPr>
        <w:t xml:space="preserve"> </w:t>
      </w:r>
      <w:proofErr w:type="spellStart"/>
      <w:r w:rsidRPr="00450936">
        <w:rPr>
          <w:color w:val="auto"/>
          <w:szCs w:val="20"/>
        </w:rPr>
        <w:t>basato</w:t>
      </w:r>
      <w:proofErr w:type="spellEnd"/>
      <w:r w:rsidRPr="00450936">
        <w:rPr>
          <w:color w:val="auto"/>
          <w:szCs w:val="20"/>
        </w:rPr>
        <w:t xml:space="preserve"> </w:t>
      </w:r>
      <w:proofErr w:type="spellStart"/>
      <w:r w:rsidRPr="00450936">
        <w:rPr>
          <w:color w:val="auto"/>
          <w:szCs w:val="20"/>
        </w:rPr>
        <w:t>su</w:t>
      </w:r>
      <w:proofErr w:type="spellEnd"/>
      <w:r w:rsidRPr="00450936">
        <w:rPr>
          <w:color w:val="auto"/>
          <w:szCs w:val="20"/>
        </w:rPr>
        <w:t xml:space="preserve"> </w:t>
      </w:r>
      <w:proofErr w:type="spellStart"/>
      <w:r w:rsidRPr="00450936">
        <w:rPr>
          <w:color w:val="auto"/>
          <w:szCs w:val="20"/>
        </w:rPr>
        <w:t>compiti</w:t>
      </w:r>
      <w:proofErr w:type="spellEnd"/>
      <w:r w:rsidRPr="00450936">
        <w:rPr>
          <w:color w:val="auto"/>
          <w:szCs w:val="20"/>
        </w:rPr>
        <w:t xml:space="preserve"> di </w:t>
      </w:r>
      <w:proofErr w:type="spellStart"/>
      <w:r w:rsidRPr="00450936">
        <w:rPr>
          <w:color w:val="auto"/>
          <w:szCs w:val="20"/>
        </w:rPr>
        <w:t>realtà</w:t>
      </w:r>
      <w:proofErr w:type="spellEnd"/>
      <w:r w:rsidRPr="00450936">
        <w:rPr>
          <w:color w:val="auto"/>
          <w:szCs w:val="20"/>
        </w:rPr>
        <w:t xml:space="preserve"> </w:t>
      </w:r>
      <w:proofErr w:type="spellStart"/>
      <w:r w:rsidRPr="00450936">
        <w:rPr>
          <w:color w:val="auto"/>
          <w:szCs w:val="20"/>
        </w:rPr>
        <w:t>orientati</w:t>
      </w:r>
      <w:proofErr w:type="spellEnd"/>
      <w:r w:rsidRPr="00450936">
        <w:rPr>
          <w:color w:val="auto"/>
          <w:szCs w:val="20"/>
        </w:rPr>
        <w:t xml:space="preserve"> alla vita </w:t>
      </w:r>
      <w:proofErr w:type="spellStart"/>
      <w:r w:rsidRPr="00450936">
        <w:rPr>
          <w:color w:val="auto"/>
          <w:szCs w:val="20"/>
        </w:rPr>
        <w:t>quotidiana</w:t>
      </w:r>
      <w:proofErr w:type="spellEnd"/>
      <w:r w:rsidRPr="00450936">
        <w:rPr>
          <w:color w:val="auto"/>
          <w:szCs w:val="20"/>
        </w:rPr>
        <w:t>.</w:t>
      </w:r>
    </w:p>
    <w:p w14:paraId="52A34DB5" w14:textId="77777777" w:rsidR="00450936" w:rsidRPr="00450936" w:rsidRDefault="00450936" w:rsidP="00450936">
      <w:pPr>
        <w:pStyle w:val="Puntoelenco"/>
        <w:spacing w:after="60"/>
        <w:ind w:left="432"/>
        <w:rPr>
          <w:color w:val="auto"/>
          <w:szCs w:val="20"/>
        </w:rPr>
      </w:pPr>
      <w:r w:rsidRPr="00450936">
        <w:rPr>
          <w:color w:val="auto"/>
          <w:szCs w:val="20"/>
        </w:rPr>
        <w:t xml:space="preserve">Cooperative Learning &amp; Peer Tutoring: Lavoro a </w:t>
      </w:r>
      <w:proofErr w:type="spellStart"/>
      <w:r w:rsidRPr="00450936">
        <w:rPr>
          <w:color w:val="auto"/>
          <w:szCs w:val="20"/>
        </w:rPr>
        <w:t>coppie</w:t>
      </w:r>
      <w:proofErr w:type="spellEnd"/>
      <w:r w:rsidRPr="00450936">
        <w:rPr>
          <w:color w:val="auto"/>
          <w:szCs w:val="20"/>
        </w:rPr>
        <w:t xml:space="preserve"> e in piccolo </w:t>
      </w:r>
      <w:proofErr w:type="spellStart"/>
      <w:r w:rsidRPr="00450936">
        <w:rPr>
          <w:color w:val="auto"/>
          <w:szCs w:val="20"/>
        </w:rPr>
        <w:t>gruppo</w:t>
      </w:r>
      <w:proofErr w:type="spellEnd"/>
      <w:r w:rsidRPr="00450936">
        <w:rPr>
          <w:color w:val="auto"/>
          <w:szCs w:val="20"/>
        </w:rPr>
        <w:t xml:space="preserve"> per </w:t>
      </w:r>
      <w:proofErr w:type="spellStart"/>
      <w:r w:rsidRPr="00450936">
        <w:rPr>
          <w:color w:val="auto"/>
          <w:szCs w:val="20"/>
        </w:rPr>
        <w:t>stimolare</w:t>
      </w:r>
      <w:proofErr w:type="spellEnd"/>
      <w:r w:rsidRPr="00450936">
        <w:rPr>
          <w:color w:val="auto"/>
          <w:szCs w:val="20"/>
        </w:rPr>
        <w:t xml:space="preserve"> la </w:t>
      </w:r>
      <w:proofErr w:type="spellStart"/>
      <w:r w:rsidRPr="00450936">
        <w:rPr>
          <w:color w:val="auto"/>
          <w:szCs w:val="20"/>
        </w:rPr>
        <w:t>comunicazione</w:t>
      </w:r>
      <w:proofErr w:type="spellEnd"/>
      <w:r w:rsidRPr="00450936">
        <w:rPr>
          <w:color w:val="auto"/>
          <w:szCs w:val="20"/>
        </w:rPr>
        <w:t xml:space="preserve"> </w:t>
      </w:r>
      <w:proofErr w:type="spellStart"/>
      <w:r w:rsidRPr="00450936">
        <w:rPr>
          <w:color w:val="auto"/>
          <w:szCs w:val="20"/>
        </w:rPr>
        <w:t>spontanea</w:t>
      </w:r>
      <w:proofErr w:type="spellEnd"/>
      <w:r w:rsidRPr="00450936">
        <w:rPr>
          <w:color w:val="auto"/>
          <w:szCs w:val="20"/>
        </w:rPr>
        <w:t>.</w:t>
      </w:r>
    </w:p>
    <w:p w14:paraId="5DE90014" w14:textId="30F277ED" w:rsidR="00450936" w:rsidRPr="00450936" w:rsidRDefault="00450936" w:rsidP="00450936">
      <w:pPr>
        <w:pStyle w:val="Puntoelenco"/>
        <w:spacing w:after="60"/>
        <w:ind w:left="432"/>
        <w:rPr>
          <w:color w:val="auto"/>
          <w:szCs w:val="20"/>
        </w:rPr>
      </w:pPr>
      <w:r w:rsidRPr="00450936">
        <w:rPr>
          <w:color w:val="auto"/>
          <w:szCs w:val="20"/>
        </w:rPr>
        <w:lastRenderedPageBreak/>
        <w:t xml:space="preserve">Universal Design for Learning (UDL) &amp; </w:t>
      </w:r>
      <w:proofErr w:type="spellStart"/>
      <w:r w:rsidRPr="00450936">
        <w:rPr>
          <w:color w:val="auto"/>
          <w:szCs w:val="20"/>
        </w:rPr>
        <w:t>Inclusione</w:t>
      </w:r>
      <w:proofErr w:type="spellEnd"/>
      <w:r w:rsidRPr="00450936">
        <w:rPr>
          <w:color w:val="auto"/>
          <w:szCs w:val="20"/>
        </w:rPr>
        <w:t xml:space="preserve">: Uso di </w:t>
      </w:r>
      <w:proofErr w:type="spellStart"/>
      <w:r w:rsidRPr="00450936">
        <w:rPr>
          <w:color w:val="auto"/>
          <w:szCs w:val="20"/>
        </w:rPr>
        <w:t>mappe</w:t>
      </w:r>
      <w:proofErr w:type="spellEnd"/>
      <w:r w:rsidRPr="00450936">
        <w:rPr>
          <w:color w:val="auto"/>
          <w:szCs w:val="20"/>
        </w:rPr>
        <w:t xml:space="preserve"> </w:t>
      </w:r>
      <w:proofErr w:type="spellStart"/>
      <w:r w:rsidRPr="00450936">
        <w:rPr>
          <w:color w:val="auto"/>
          <w:szCs w:val="20"/>
        </w:rPr>
        <w:t>concettuali</w:t>
      </w:r>
      <w:proofErr w:type="spellEnd"/>
      <w:r w:rsidRPr="00450936">
        <w:rPr>
          <w:color w:val="auto"/>
          <w:szCs w:val="20"/>
        </w:rPr>
        <w:t xml:space="preserve">, </w:t>
      </w:r>
      <w:proofErr w:type="spellStart"/>
      <w:r w:rsidRPr="00450936">
        <w:rPr>
          <w:color w:val="auto"/>
          <w:szCs w:val="20"/>
        </w:rPr>
        <w:t>supporto</w:t>
      </w:r>
      <w:proofErr w:type="spellEnd"/>
      <w:r w:rsidRPr="00450936">
        <w:rPr>
          <w:color w:val="auto"/>
          <w:szCs w:val="20"/>
        </w:rPr>
        <w:t xml:space="preserve"> audio-</w:t>
      </w:r>
      <w:proofErr w:type="spellStart"/>
      <w:r w:rsidRPr="00450936">
        <w:rPr>
          <w:color w:val="auto"/>
          <w:szCs w:val="20"/>
        </w:rPr>
        <w:t>visivo</w:t>
      </w:r>
      <w:proofErr w:type="spellEnd"/>
      <w:r w:rsidRPr="00450936">
        <w:rPr>
          <w:color w:val="auto"/>
          <w:szCs w:val="20"/>
        </w:rPr>
        <w:t xml:space="preserve"> </w:t>
      </w:r>
      <w:proofErr w:type="spellStart"/>
      <w:r w:rsidRPr="00450936">
        <w:rPr>
          <w:color w:val="auto"/>
          <w:szCs w:val="20"/>
        </w:rPr>
        <w:t>integrato</w:t>
      </w:r>
      <w:proofErr w:type="spellEnd"/>
      <w:r w:rsidRPr="00450936">
        <w:rPr>
          <w:color w:val="auto"/>
          <w:szCs w:val="20"/>
        </w:rPr>
        <w:t xml:space="preserve"> al </w:t>
      </w:r>
      <w:proofErr w:type="spellStart"/>
      <w:r w:rsidRPr="00450936">
        <w:rPr>
          <w:color w:val="auto"/>
          <w:szCs w:val="20"/>
        </w:rPr>
        <w:t>libro</w:t>
      </w:r>
      <w:proofErr w:type="spellEnd"/>
      <w:r w:rsidRPr="00450936">
        <w:rPr>
          <w:color w:val="auto"/>
          <w:szCs w:val="20"/>
        </w:rPr>
        <w:t xml:space="preserve"> di testo </w:t>
      </w:r>
      <w:proofErr w:type="gramStart"/>
      <w:r w:rsidR="0032739F">
        <w:rPr>
          <w:color w:val="auto"/>
          <w:szCs w:val="20"/>
        </w:rPr>
        <w:t>( Kickstart</w:t>
      </w:r>
      <w:proofErr w:type="gramEnd"/>
      <w:r w:rsidR="0032739F">
        <w:rPr>
          <w:color w:val="auto"/>
          <w:szCs w:val="20"/>
        </w:rPr>
        <w:t xml:space="preserve"> 2</w:t>
      </w:r>
      <w:r w:rsidRPr="00450936">
        <w:rPr>
          <w:color w:val="auto"/>
          <w:szCs w:val="20"/>
        </w:rPr>
        <w:t xml:space="preserve"> Digital Pack), font ad </w:t>
      </w:r>
      <w:proofErr w:type="spellStart"/>
      <w:r w:rsidRPr="00450936">
        <w:rPr>
          <w:color w:val="auto"/>
          <w:szCs w:val="20"/>
        </w:rPr>
        <w:t>alta</w:t>
      </w:r>
      <w:proofErr w:type="spellEnd"/>
      <w:r w:rsidRPr="00450936">
        <w:rPr>
          <w:color w:val="auto"/>
          <w:szCs w:val="20"/>
        </w:rPr>
        <w:t xml:space="preserve"> </w:t>
      </w:r>
      <w:proofErr w:type="spellStart"/>
      <w:r w:rsidRPr="00450936">
        <w:rPr>
          <w:color w:val="auto"/>
          <w:szCs w:val="20"/>
        </w:rPr>
        <w:t>leggibilità</w:t>
      </w:r>
      <w:proofErr w:type="spellEnd"/>
      <w:r w:rsidRPr="00450936">
        <w:rPr>
          <w:color w:val="auto"/>
          <w:szCs w:val="20"/>
        </w:rPr>
        <w:t xml:space="preserve"> e </w:t>
      </w:r>
      <w:proofErr w:type="spellStart"/>
      <w:r w:rsidRPr="00450936">
        <w:rPr>
          <w:color w:val="auto"/>
          <w:szCs w:val="20"/>
        </w:rPr>
        <w:t>differenziazione</w:t>
      </w:r>
      <w:proofErr w:type="spellEnd"/>
      <w:r w:rsidRPr="00450936">
        <w:rPr>
          <w:color w:val="auto"/>
          <w:szCs w:val="20"/>
        </w:rPr>
        <w:t xml:space="preserve"> </w:t>
      </w:r>
      <w:proofErr w:type="spellStart"/>
      <w:r w:rsidRPr="00450936">
        <w:rPr>
          <w:color w:val="auto"/>
          <w:szCs w:val="20"/>
        </w:rPr>
        <w:t>dei</w:t>
      </w:r>
      <w:proofErr w:type="spellEnd"/>
      <w:r w:rsidRPr="00450936">
        <w:rPr>
          <w:color w:val="auto"/>
          <w:szCs w:val="20"/>
        </w:rPr>
        <w:t xml:space="preserve"> </w:t>
      </w:r>
      <w:proofErr w:type="spellStart"/>
      <w:r w:rsidRPr="00450936">
        <w:rPr>
          <w:color w:val="auto"/>
          <w:szCs w:val="20"/>
        </w:rPr>
        <w:t>compiti</w:t>
      </w:r>
      <w:proofErr w:type="spellEnd"/>
      <w:r w:rsidRPr="00450936">
        <w:rPr>
          <w:color w:val="auto"/>
          <w:szCs w:val="20"/>
        </w:rPr>
        <w:t xml:space="preserve"> per </w:t>
      </w:r>
      <w:proofErr w:type="spellStart"/>
      <w:r w:rsidRPr="00450936">
        <w:rPr>
          <w:color w:val="auto"/>
          <w:szCs w:val="20"/>
        </w:rPr>
        <w:t>alunni</w:t>
      </w:r>
      <w:proofErr w:type="spellEnd"/>
      <w:r w:rsidRPr="00450936">
        <w:rPr>
          <w:color w:val="auto"/>
          <w:szCs w:val="20"/>
        </w:rPr>
        <w:t xml:space="preserve"> BES/DSA o NAI.</w:t>
      </w:r>
    </w:p>
    <w:p w14:paraId="4B2796D2" w14:textId="5ED04786" w:rsidR="0022473A" w:rsidRPr="00B36B05" w:rsidRDefault="00450936" w:rsidP="00722E35">
      <w:pPr>
        <w:pStyle w:val="Puntoelenco"/>
        <w:spacing w:after="60"/>
        <w:ind w:left="432"/>
        <w:rPr>
          <w:color w:val="auto"/>
          <w:szCs w:val="20"/>
        </w:rPr>
      </w:pPr>
      <w:r w:rsidRPr="00450936">
        <w:rPr>
          <w:color w:val="auto"/>
          <w:szCs w:val="20"/>
        </w:rPr>
        <w:t xml:space="preserve">Uso di Testi e </w:t>
      </w:r>
      <w:proofErr w:type="spellStart"/>
      <w:r w:rsidRPr="00450936">
        <w:rPr>
          <w:color w:val="auto"/>
          <w:szCs w:val="20"/>
        </w:rPr>
        <w:t>Risorse</w:t>
      </w:r>
      <w:proofErr w:type="spellEnd"/>
      <w:r w:rsidRPr="00450936">
        <w:rPr>
          <w:color w:val="auto"/>
          <w:szCs w:val="20"/>
        </w:rPr>
        <w:t xml:space="preserve"> </w:t>
      </w:r>
      <w:proofErr w:type="spellStart"/>
      <w:r w:rsidRPr="00450936">
        <w:rPr>
          <w:color w:val="auto"/>
          <w:szCs w:val="20"/>
        </w:rPr>
        <w:t>Autentiche</w:t>
      </w:r>
      <w:proofErr w:type="spellEnd"/>
      <w:r w:rsidRPr="00450936">
        <w:rPr>
          <w:color w:val="auto"/>
          <w:szCs w:val="20"/>
        </w:rPr>
        <w:t xml:space="preserve">: </w:t>
      </w:r>
      <w:proofErr w:type="spellStart"/>
      <w:r w:rsidRPr="00450936">
        <w:rPr>
          <w:color w:val="auto"/>
          <w:szCs w:val="20"/>
        </w:rPr>
        <w:t>Ascolto</w:t>
      </w:r>
      <w:proofErr w:type="spellEnd"/>
      <w:r w:rsidRPr="00450936">
        <w:rPr>
          <w:color w:val="auto"/>
          <w:szCs w:val="20"/>
        </w:rPr>
        <w:t xml:space="preserve"> di </w:t>
      </w:r>
      <w:proofErr w:type="spellStart"/>
      <w:r w:rsidRPr="00450936">
        <w:rPr>
          <w:color w:val="auto"/>
          <w:szCs w:val="20"/>
        </w:rPr>
        <w:t>brevi</w:t>
      </w:r>
      <w:proofErr w:type="spellEnd"/>
      <w:r w:rsidRPr="00450936">
        <w:rPr>
          <w:color w:val="auto"/>
          <w:szCs w:val="20"/>
        </w:rPr>
        <w:t xml:space="preserve"> podcast, video clip con </w:t>
      </w:r>
      <w:proofErr w:type="spellStart"/>
      <w:r w:rsidRPr="00450936">
        <w:rPr>
          <w:color w:val="auto"/>
          <w:szCs w:val="20"/>
        </w:rPr>
        <w:t>sottotitoli</w:t>
      </w:r>
      <w:proofErr w:type="spellEnd"/>
      <w:r w:rsidRPr="00450936">
        <w:rPr>
          <w:color w:val="auto"/>
          <w:szCs w:val="20"/>
        </w:rPr>
        <w:t xml:space="preserve"> e </w:t>
      </w:r>
      <w:proofErr w:type="spellStart"/>
      <w:r w:rsidRPr="00450936">
        <w:rPr>
          <w:color w:val="auto"/>
          <w:szCs w:val="20"/>
        </w:rPr>
        <w:t>lettura</w:t>
      </w:r>
      <w:proofErr w:type="spellEnd"/>
      <w:r w:rsidRPr="00450936">
        <w:rPr>
          <w:color w:val="auto"/>
          <w:szCs w:val="20"/>
        </w:rPr>
        <w:t xml:space="preserve"> di </w:t>
      </w:r>
      <w:proofErr w:type="spellStart"/>
      <w:r w:rsidRPr="00450936">
        <w:rPr>
          <w:color w:val="auto"/>
          <w:szCs w:val="20"/>
        </w:rPr>
        <w:t>brevi</w:t>
      </w:r>
      <w:proofErr w:type="spellEnd"/>
      <w:r w:rsidRPr="00450936">
        <w:rPr>
          <w:color w:val="auto"/>
          <w:szCs w:val="20"/>
        </w:rPr>
        <w:t xml:space="preserve"> </w:t>
      </w:r>
      <w:proofErr w:type="spellStart"/>
      <w:r w:rsidRPr="00450936">
        <w:rPr>
          <w:color w:val="auto"/>
          <w:szCs w:val="20"/>
        </w:rPr>
        <w:t>testi</w:t>
      </w:r>
      <w:proofErr w:type="spellEnd"/>
      <w:r w:rsidRPr="00450936">
        <w:rPr>
          <w:color w:val="auto"/>
          <w:szCs w:val="20"/>
        </w:rPr>
        <w:t xml:space="preserve"> </w:t>
      </w:r>
      <w:proofErr w:type="spellStart"/>
      <w:r w:rsidRPr="00450936">
        <w:rPr>
          <w:color w:val="auto"/>
          <w:szCs w:val="20"/>
        </w:rPr>
        <w:t>culturali</w:t>
      </w:r>
      <w:proofErr w:type="spellEnd"/>
      <w:r w:rsidRPr="00450936">
        <w:rPr>
          <w:color w:val="auto"/>
          <w:szCs w:val="20"/>
        </w:rPr>
        <w:t xml:space="preserve"> e di </w:t>
      </w:r>
      <w:proofErr w:type="spellStart"/>
      <w:r w:rsidRPr="00450936">
        <w:rPr>
          <w:color w:val="auto"/>
          <w:szCs w:val="20"/>
        </w:rPr>
        <w:t>attualità</w:t>
      </w:r>
      <w:proofErr w:type="spellEnd"/>
      <w:r w:rsidRPr="00450936">
        <w:rPr>
          <w:color w:val="auto"/>
          <w:szCs w:val="20"/>
        </w:rPr>
        <w:t>.</w:t>
      </w:r>
    </w:p>
    <w:p w14:paraId="7E67BA8C" w14:textId="00049728" w:rsidR="00722E35" w:rsidRPr="00450936" w:rsidRDefault="00722E35" w:rsidP="00450936">
      <w:pPr>
        <w:pStyle w:val="Paragrafoelenco"/>
        <w:numPr>
          <w:ilvl w:val="0"/>
          <w:numId w:val="19"/>
        </w:numPr>
        <w:rPr>
          <w:b/>
          <w:bCs/>
          <w:color w:val="auto"/>
          <w:sz w:val="24"/>
          <w:szCs w:val="28"/>
          <w:u w:val="single"/>
          <w:lang w:val="it-IT"/>
        </w:rPr>
      </w:pPr>
      <w:r w:rsidRPr="00450936">
        <w:rPr>
          <w:b/>
          <w:bCs/>
          <w:color w:val="auto"/>
          <w:sz w:val="24"/>
          <w:szCs w:val="28"/>
          <w:u w:val="single"/>
          <w:lang w:val="it-IT"/>
        </w:rPr>
        <w:t>Misure Compensative e Strumenti Inclusivi (BES / DSA / NAI)</w:t>
      </w:r>
    </w:p>
    <w:p w14:paraId="6C6C9860" w14:textId="77777777" w:rsidR="00722E35" w:rsidRPr="00AC0B79" w:rsidRDefault="00722E35" w:rsidP="00722E35">
      <w:pPr>
        <w:numPr>
          <w:ilvl w:val="0"/>
          <w:numId w:val="12"/>
        </w:numPr>
        <w:rPr>
          <w:color w:val="auto"/>
          <w:lang w:val="it-IT"/>
        </w:rPr>
      </w:pPr>
      <w:r w:rsidRPr="00AC0B79">
        <w:rPr>
          <w:b/>
          <w:bCs/>
          <w:color w:val="auto"/>
          <w:lang w:val="it-IT"/>
        </w:rPr>
        <w:t>Sintesi vocale e lettori di testo</w:t>
      </w:r>
      <w:r w:rsidRPr="00AC0B79">
        <w:rPr>
          <w:color w:val="auto"/>
          <w:lang w:val="it-IT"/>
        </w:rPr>
        <w:t xml:space="preserve"> in L2 con evidenziazione progressiva (</w:t>
      </w:r>
      <w:r w:rsidRPr="00AC0B79">
        <w:rPr>
          <w:i/>
          <w:iCs/>
          <w:color w:val="auto"/>
          <w:lang w:val="it-IT"/>
        </w:rPr>
        <w:t>karaoke</w:t>
      </w:r>
      <w:r w:rsidRPr="00AC0B79">
        <w:rPr>
          <w:color w:val="auto"/>
          <w:lang w:val="it-IT"/>
        </w:rPr>
        <w:t>).</w:t>
      </w:r>
    </w:p>
    <w:p w14:paraId="1D1E7D1C" w14:textId="77777777" w:rsidR="00722E35" w:rsidRPr="00AC0B79" w:rsidRDefault="00722E35" w:rsidP="00722E35">
      <w:pPr>
        <w:numPr>
          <w:ilvl w:val="0"/>
          <w:numId w:val="12"/>
        </w:numPr>
        <w:rPr>
          <w:color w:val="auto"/>
          <w:lang w:val="it-IT"/>
        </w:rPr>
      </w:pPr>
      <w:r w:rsidRPr="00AC0B79">
        <w:rPr>
          <w:b/>
          <w:bCs/>
          <w:color w:val="auto"/>
          <w:lang w:val="it-IT"/>
        </w:rPr>
        <w:t>Font ad alta leggibilità:</w:t>
      </w:r>
      <w:r w:rsidRPr="00AC0B79">
        <w:rPr>
          <w:color w:val="auto"/>
          <w:lang w:val="it-IT"/>
        </w:rPr>
        <w:t xml:space="preserve"> schede e materiali di verifica stampati con caratteri specifici (</w:t>
      </w:r>
      <w:proofErr w:type="spellStart"/>
      <w:r w:rsidRPr="00AC0B79">
        <w:rPr>
          <w:i/>
          <w:iCs/>
          <w:color w:val="auto"/>
          <w:lang w:val="it-IT"/>
        </w:rPr>
        <w:t>OpenDyslexic</w:t>
      </w:r>
      <w:proofErr w:type="spellEnd"/>
      <w:r w:rsidRPr="00AC0B79">
        <w:rPr>
          <w:color w:val="auto"/>
          <w:lang w:val="it-IT"/>
        </w:rPr>
        <w:t xml:space="preserve">, </w:t>
      </w:r>
      <w:proofErr w:type="spellStart"/>
      <w:r w:rsidRPr="00AC0B79">
        <w:rPr>
          <w:i/>
          <w:iCs/>
          <w:color w:val="auto"/>
          <w:lang w:val="it-IT"/>
        </w:rPr>
        <w:t>EasyReading</w:t>
      </w:r>
      <w:proofErr w:type="spellEnd"/>
      <w:r w:rsidRPr="00AC0B79">
        <w:rPr>
          <w:color w:val="auto"/>
          <w:lang w:val="it-IT"/>
        </w:rPr>
        <w:t>) e impaginazione spaziata.</w:t>
      </w:r>
    </w:p>
    <w:p w14:paraId="35B253BE" w14:textId="77777777" w:rsidR="00722E35" w:rsidRPr="00AC0B79" w:rsidRDefault="00722E35" w:rsidP="00722E35">
      <w:pPr>
        <w:numPr>
          <w:ilvl w:val="0"/>
          <w:numId w:val="12"/>
        </w:numPr>
        <w:rPr>
          <w:color w:val="auto"/>
          <w:lang w:val="it-IT"/>
        </w:rPr>
      </w:pPr>
      <w:r w:rsidRPr="00AC0B79">
        <w:rPr>
          <w:b/>
          <w:bCs/>
          <w:color w:val="auto"/>
          <w:lang w:val="it-IT"/>
        </w:rPr>
        <w:t>Mappe concettuali e schemi sintattici:</w:t>
      </w:r>
      <w:r w:rsidRPr="00AC0B79">
        <w:rPr>
          <w:color w:val="auto"/>
          <w:lang w:val="it-IT"/>
        </w:rPr>
        <w:t xml:space="preserve"> organizzatori grafici semplificati, tavole di verbi ed elenchi lessicali figurati.</w:t>
      </w:r>
    </w:p>
    <w:p w14:paraId="440F24B6" w14:textId="4DDD409C" w:rsidR="00C43D2E" w:rsidRPr="00B36B05" w:rsidRDefault="00722E35" w:rsidP="00722E35">
      <w:pPr>
        <w:numPr>
          <w:ilvl w:val="0"/>
          <w:numId w:val="12"/>
        </w:numPr>
        <w:rPr>
          <w:color w:val="auto"/>
          <w:lang w:val="it-IT"/>
        </w:rPr>
      </w:pPr>
      <w:r w:rsidRPr="00AC0B79">
        <w:rPr>
          <w:b/>
          <w:bCs/>
          <w:color w:val="auto"/>
          <w:lang w:val="it-IT"/>
        </w:rPr>
        <w:t>Traduttori digitali e glossari bilingue/figurati</w:t>
      </w:r>
      <w:r w:rsidRPr="00AC0B79">
        <w:rPr>
          <w:color w:val="auto"/>
          <w:lang w:val="it-IT"/>
        </w:rPr>
        <w:t xml:space="preserve"> dedicati in particolare agli alunni NAI (Nuovi Arrivati in Italia).</w:t>
      </w:r>
    </w:p>
    <w:p w14:paraId="676C5531" w14:textId="77777777" w:rsidR="00872673" w:rsidRPr="00872673" w:rsidRDefault="00872673" w:rsidP="00872673">
      <w:pPr>
        <w:keepNext/>
        <w:spacing w:before="280"/>
        <w:rPr>
          <w:color w:val="auto"/>
        </w:rPr>
      </w:pPr>
      <w:r>
        <w:rPr>
          <w:b/>
          <w:color w:val="1A365D"/>
          <w:sz w:val="26"/>
        </w:rPr>
        <w:t xml:space="preserve">5. </w:t>
      </w:r>
      <w:proofErr w:type="spellStart"/>
      <w:r w:rsidRPr="00872673">
        <w:rPr>
          <w:b/>
          <w:color w:val="auto"/>
          <w:sz w:val="26"/>
        </w:rPr>
        <w:t>Valutazione</w:t>
      </w:r>
      <w:proofErr w:type="spellEnd"/>
      <w:r w:rsidRPr="00872673">
        <w:rPr>
          <w:b/>
          <w:color w:val="auto"/>
          <w:sz w:val="26"/>
        </w:rPr>
        <w:t xml:space="preserve"> e </w:t>
      </w:r>
      <w:proofErr w:type="spellStart"/>
      <w:r w:rsidRPr="00872673">
        <w:rPr>
          <w:b/>
          <w:color w:val="auto"/>
          <w:sz w:val="26"/>
        </w:rPr>
        <w:t>Griglie</w:t>
      </w:r>
      <w:proofErr w:type="spellEnd"/>
      <w:r w:rsidRPr="00872673">
        <w:rPr>
          <w:b/>
          <w:color w:val="auto"/>
          <w:sz w:val="26"/>
        </w:rPr>
        <w:t xml:space="preserve"> di </w:t>
      </w:r>
      <w:proofErr w:type="spellStart"/>
      <w:r w:rsidRPr="00872673">
        <w:rPr>
          <w:b/>
          <w:color w:val="auto"/>
          <w:sz w:val="26"/>
        </w:rPr>
        <w:t>Verifica</w:t>
      </w:r>
      <w:proofErr w:type="spellEnd"/>
    </w:p>
    <w:p w14:paraId="420D2572" w14:textId="77777777" w:rsidR="00872673" w:rsidRPr="00872673" w:rsidRDefault="00872673" w:rsidP="00872673">
      <w:pPr>
        <w:pStyle w:val="Puntoelenco"/>
        <w:spacing w:after="60"/>
        <w:ind w:left="432"/>
        <w:jc w:val="both"/>
        <w:rPr>
          <w:color w:val="auto"/>
          <w:szCs w:val="20"/>
        </w:rPr>
      </w:pPr>
      <w:proofErr w:type="spellStart"/>
      <w:r w:rsidRPr="00872673">
        <w:rPr>
          <w:color w:val="auto"/>
          <w:szCs w:val="20"/>
        </w:rPr>
        <w:t>Valutazione</w:t>
      </w:r>
      <w:proofErr w:type="spellEnd"/>
      <w:r w:rsidRPr="00872673">
        <w:rPr>
          <w:color w:val="auto"/>
          <w:szCs w:val="20"/>
        </w:rPr>
        <w:t xml:space="preserve"> </w:t>
      </w:r>
      <w:proofErr w:type="spellStart"/>
      <w:r w:rsidRPr="00872673">
        <w:rPr>
          <w:color w:val="auto"/>
          <w:szCs w:val="20"/>
        </w:rPr>
        <w:t>Formativa</w:t>
      </w:r>
      <w:proofErr w:type="spellEnd"/>
      <w:r w:rsidRPr="00872673">
        <w:rPr>
          <w:color w:val="auto"/>
          <w:szCs w:val="20"/>
        </w:rPr>
        <w:t xml:space="preserve"> (In </w:t>
      </w:r>
      <w:proofErr w:type="spellStart"/>
      <w:r w:rsidRPr="00872673">
        <w:rPr>
          <w:color w:val="auto"/>
          <w:szCs w:val="20"/>
        </w:rPr>
        <w:t>itinere</w:t>
      </w:r>
      <w:proofErr w:type="spellEnd"/>
      <w:r w:rsidRPr="00872673">
        <w:rPr>
          <w:color w:val="auto"/>
          <w:szCs w:val="20"/>
        </w:rPr>
        <w:t xml:space="preserve">): </w:t>
      </w:r>
      <w:proofErr w:type="spellStart"/>
      <w:r w:rsidRPr="00872673">
        <w:rPr>
          <w:color w:val="auto"/>
          <w:szCs w:val="20"/>
        </w:rPr>
        <w:t>Monitoraggio</w:t>
      </w:r>
      <w:proofErr w:type="spellEnd"/>
      <w:r w:rsidRPr="00872673">
        <w:rPr>
          <w:color w:val="auto"/>
          <w:szCs w:val="20"/>
        </w:rPr>
        <w:t xml:space="preserve"> continuo del </w:t>
      </w:r>
      <w:proofErr w:type="spellStart"/>
      <w:r w:rsidRPr="00872673">
        <w:rPr>
          <w:color w:val="auto"/>
          <w:szCs w:val="20"/>
        </w:rPr>
        <w:t>processo</w:t>
      </w:r>
      <w:proofErr w:type="spellEnd"/>
      <w:r w:rsidRPr="00872673">
        <w:rPr>
          <w:color w:val="auto"/>
          <w:szCs w:val="20"/>
        </w:rPr>
        <w:t xml:space="preserve"> di </w:t>
      </w:r>
      <w:proofErr w:type="spellStart"/>
      <w:r w:rsidRPr="00872673">
        <w:rPr>
          <w:color w:val="auto"/>
          <w:szCs w:val="20"/>
        </w:rPr>
        <w:t>apprendimento</w:t>
      </w:r>
      <w:proofErr w:type="spellEnd"/>
      <w:r w:rsidRPr="00872673">
        <w:rPr>
          <w:color w:val="auto"/>
          <w:szCs w:val="20"/>
        </w:rPr>
        <w:t xml:space="preserve">, </w:t>
      </w:r>
      <w:proofErr w:type="spellStart"/>
      <w:r w:rsidRPr="00872673">
        <w:rPr>
          <w:color w:val="auto"/>
          <w:szCs w:val="20"/>
        </w:rPr>
        <w:t>impegno</w:t>
      </w:r>
      <w:proofErr w:type="spellEnd"/>
      <w:r w:rsidRPr="00872673">
        <w:rPr>
          <w:color w:val="auto"/>
          <w:szCs w:val="20"/>
        </w:rPr>
        <w:t xml:space="preserve">, </w:t>
      </w:r>
      <w:proofErr w:type="spellStart"/>
      <w:r w:rsidRPr="00872673">
        <w:rPr>
          <w:color w:val="auto"/>
          <w:szCs w:val="20"/>
        </w:rPr>
        <w:t>partecipazione</w:t>
      </w:r>
      <w:proofErr w:type="spellEnd"/>
      <w:r w:rsidRPr="00872673">
        <w:rPr>
          <w:color w:val="auto"/>
          <w:szCs w:val="20"/>
        </w:rPr>
        <w:t xml:space="preserve"> e </w:t>
      </w:r>
      <w:proofErr w:type="spellStart"/>
      <w:r w:rsidRPr="00872673">
        <w:rPr>
          <w:color w:val="auto"/>
          <w:szCs w:val="20"/>
        </w:rPr>
        <w:t>capacità</w:t>
      </w:r>
      <w:proofErr w:type="spellEnd"/>
      <w:r w:rsidRPr="00872673">
        <w:rPr>
          <w:color w:val="auto"/>
          <w:szCs w:val="20"/>
        </w:rPr>
        <w:t xml:space="preserve"> di </w:t>
      </w:r>
      <w:proofErr w:type="spellStart"/>
      <w:r w:rsidRPr="00872673">
        <w:rPr>
          <w:color w:val="auto"/>
          <w:szCs w:val="20"/>
        </w:rPr>
        <w:t>autovalutazione</w:t>
      </w:r>
      <w:proofErr w:type="spellEnd"/>
      <w:r w:rsidRPr="00872673">
        <w:rPr>
          <w:color w:val="auto"/>
          <w:szCs w:val="20"/>
        </w:rPr>
        <w:t>.</w:t>
      </w:r>
    </w:p>
    <w:p w14:paraId="0D626ECB" w14:textId="77777777" w:rsidR="00872673" w:rsidRPr="00872673" w:rsidRDefault="00872673" w:rsidP="00872673">
      <w:pPr>
        <w:pStyle w:val="Puntoelenco"/>
        <w:spacing w:after="60"/>
        <w:ind w:left="432"/>
        <w:jc w:val="both"/>
        <w:rPr>
          <w:color w:val="auto"/>
          <w:szCs w:val="20"/>
        </w:rPr>
      </w:pPr>
      <w:proofErr w:type="spellStart"/>
      <w:r w:rsidRPr="00872673">
        <w:rPr>
          <w:color w:val="auto"/>
          <w:szCs w:val="20"/>
        </w:rPr>
        <w:t>Valutazione</w:t>
      </w:r>
      <w:proofErr w:type="spellEnd"/>
      <w:r w:rsidRPr="00872673">
        <w:rPr>
          <w:color w:val="auto"/>
          <w:szCs w:val="20"/>
        </w:rPr>
        <w:t xml:space="preserve"> </w:t>
      </w:r>
      <w:proofErr w:type="spellStart"/>
      <w:r w:rsidRPr="00872673">
        <w:rPr>
          <w:color w:val="auto"/>
          <w:szCs w:val="20"/>
        </w:rPr>
        <w:t>Sommativa</w:t>
      </w:r>
      <w:proofErr w:type="spellEnd"/>
      <w:r w:rsidRPr="00872673">
        <w:rPr>
          <w:color w:val="auto"/>
          <w:szCs w:val="20"/>
        </w:rPr>
        <w:t xml:space="preserve">: </w:t>
      </w:r>
      <w:proofErr w:type="spellStart"/>
      <w:r w:rsidRPr="00872673">
        <w:rPr>
          <w:color w:val="auto"/>
          <w:szCs w:val="20"/>
        </w:rPr>
        <w:t>Verifiche</w:t>
      </w:r>
      <w:proofErr w:type="spellEnd"/>
      <w:r w:rsidRPr="00872673">
        <w:rPr>
          <w:color w:val="auto"/>
          <w:szCs w:val="20"/>
        </w:rPr>
        <w:t xml:space="preserve"> </w:t>
      </w:r>
      <w:proofErr w:type="spellStart"/>
      <w:r w:rsidRPr="00872673">
        <w:rPr>
          <w:color w:val="auto"/>
          <w:szCs w:val="20"/>
        </w:rPr>
        <w:t>periodiche</w:t>
      </w:r>
      <w:proofErr w:type="spellEnd"/>
      <w:r w:rsidRPr="00872673">
        <w:rPr>
          <w:color w:val="auto"/>
          <w:szCs w:val="20"/>
        </w:rPr>
        <w:t xml:space="preserve"> </w:t>
      </w:r>
      <w:proofErr w:type="spellStart"/>
      <w:r w:rsidRPr="00872673">
        <w:rPr>
          <w:color w:val="auto"/>
          <w:szCs w:val="20"/>
        </w:rPr>
        <w:t>scritte</w:t>
      </w:r>
      <w:proofErr w:type="spellEnd"/>
      <w:r w:rsidRPr="00872673">
        <w:rPr>
          <w:color w:val="auto"/>
          <w:szCs w:val="20"/>
        </w:rPr>
        <w:t xml:space="preserve"> (</w:t>
      </w:r>
      <w:proofErr w:type="spellStart"/>
      <w:r w:rsidRPr="00872673">
        <w:rPr>
          <w:color w:val="auto"/>
          <w:szCs w:val="20"/>
        </w:rPr>
        <w:t>comprensione</w:t>
      </w:r>
      <w:proofErr w:type="spellEnd"/>
      <w:r w:rsidRPr="00872673">
        <w:rPr>
          <w:color w:val="auto"/>
          <w:szCs w:val="20"/>
        </w:rPr>
        <w:t xml:space="preserve">, </w:t>
      </w:r>
      <w:proofErr w:type="spellStart"/>
      <w:r w:rsidRPr="00872673">
        <w:rPr>
          <w:color w:val="auto"/>
          <w:szCs w:val="20"/>
        </w:rPr>
        <w:t>grammatica</w:t>
      </w:r>
      <w:proofErr w:type="spellEnd"/>
      <w:r w:rsidRPr="00872673">
        <w:rPr>
          <w:color w:val="auto"/>
          <w:szCs w:val="20"/>
        </w:rPr>
        <w:t xml:space="preserve">, </w:t>
      </w:r>
      <w:proofErr w:type="spellStart"/>
      <w:r w:rsidRPr="00872673">
        <w:rPr>
          <w:color w:val="auto"/>
          <w:szCs w:val="20"/>
        </w:rPr>
        <w:t>lessico</w:t>
      </w:r>
      <w:proofErr w:type="spellEnd"/>
      <w:r w:rsidRPr="00872673">
        <w:rPr>
          <w:color w:val="auto"/>
          <w:szCs w:val="20"/>
        </w:rPr>
        <w:t xml:space="preserve">, </w:t>
      </w:r>
      <w:proofErr w:type="spellStart"/>
      <w:r w:rsidRPr="00872673">
        <w:rPr>
          <w:color w:val="auto"/>
          <w:szCs w:val="20"/>
        </w:rPr>
        <w:t>scrittura</w:t>
      </w:r>
      <w:proofErr w:type="spellEnd"/>
      <w:r w:rsidRPr="00872673">
        <w:rPr>
          <w:color w:val="auto"/>
          <w:szCs w:val="20"/>
        </w:rPr>
        <w:t xml:space="preserve">) ed </w:t>
      </w:r>
      <w:proofErr w:type="spellStart"/>
      <w:r w:rsidRPr="00872673">
        <w:rPr>
          <w:color w:val="auto"/>
          <w:szCs w:val="20"/>
        </w:rPr>
        <w:t>orali</w:t>
      </w:r>
      <w:proofErr w:type="spellEnd"/>
      <w:r w:rsidRPr="00872673">
        <w:rPr>
          <w:color w:val="auto"/>
          <w:szCs w:val="20"/>
        </w:rPr>
        <w:t xml:space="preserve"> (</w:t>
      </w:r>
      <w:proofErr w:type="spellStart"/>
      <w:r w:rsidRPr="00872673">
        <w:rPr>
          <w:color w:val="auto"/>
          <w:szCs w:val="20"/>
        </w:rPr>
        <w:t>interazione</w:t>
      </w:r>
      <w:proofErr w:type="spellEnd"/>
      <w:r w:rsidRPr="00872673">
        <w:rPr>
          <w:color w:val="auto"/>
          <w:szCs w:val="20"/>
        </w:rPr>
        <w:t xml:space="preserve">, </w:t>
      </w:r>
      <w:proofErr w:type="spellStart"/>
      <w:r w:rsidRPr="00872673">
        <w:rPr>
          <w:color w:val="auto"/>
          <w:szCs w:val="20"/>
        </w:rPr>
        <w:t>pronuncia</w:t>
      </w:r>
      <w:proofErr w:type="spellEnd"/>
      <w:r w:rsidRPr="00872673">
        <w:rPr>
          <w:color w:val="auto"/>
          <w:szCs w:val="20"/>
        </w:rPr>
        <w:t xml:space="preserve">, </w:t>
      </w:r>
      <w:proofErr w:type="spellStart"/>
      <w:r w:rsidRPr="00872673">
        <w:rPr>
          <w:color w:val="auto"/>
          <w:szCs w:val="20"/>
        </w:rPr>
        <w:t>fluenza</w:t>
      </w:r>
      <w:proofErr w:type="spellEnd"/>
      <w:r w:rsidRPr="00872673">
        <w:rPr>
          <w:color w:val="auto"/>
          <w:szCs w:val="20"/>
        </w:rPr>
        <w:t>).</w:t>
      </w:r>
    </w:p>
    <w:p w14:paraId="14411633" w14:textId="77777777" w:rsidR="00872673" w:rsidRPr="00872673" w:rsidRDefault="00872673" w:rsidP="00872673">
      <w:pPr>
        <w:pStyle w:val="Puntoelenco"/>
        <w:spacing w:after="60"/>
        <w:ind w:left="432"/>
        <w:jc w:val="both"/>
        <w:rPr>
          <w:color w:val="auto"/>
          <w:szCs w:val="20"/>
        </w:rPr>
      </w:pPr>
      <w:proofErr w:type="spellStart"/>
      <w:r w:rsidRPr="00872673">
        <w:rPr>
          <w:color w:val="auto"/>
          <w:szCs w:val="20"/>
        </w:rPr>
        <w:t>Valutazione</w:t>
      </w:r>
      <w:proofErr w:type="spellEnd"/>
      <w:r w:rsidRPr="00872673">
        <w:rPr>
          <w:color w:val="auto"/>
          <w:szCs w:val="20"/>
        </w:rPr>
        <w:t xml:space="preserve"> delle </w:t>
      </w:r>
      <w:proofErr w:type="spellStart"/>
      <w:r w:rsidRPr="00872673">
        <w:rPr>
          <w:color w:val="auto"/>
          <w:szCs w:val="20"/>
        </w:rPr>
        <w:t>Competenze</w:t>
      </w:r>
      <w:proofErr w:type="spellEnd"/>
      <w:r w:rsidRPr="00872673">
        <w:rPr>
          <w:color w:val="auto"/>
          <w:szCs w:val="20"/>
        </w:rPr>
        <w:t xml:space="preserve"> </w:t>
      </w:r>
      <w:proofErr w:type="spellStart"/>
      <w:r w:rsidRPr="00872673">
        <w:rPr>
          <w:color w:val="auto"/>
          <w:szCs w:val="20"/>
        </w:rPr>
        <w:t>Digitali</w:t>
      </w:r>
      <w:proofErr w:type="spellEnd"/>
      <w:r w:rsidRPr="00872673">
        <w:rPr>
          <w:color w:val="auto"/>
          <w:szCs w:val="20"/>
        </w:rPr>
        <w:t xml:space="preserve"> e di Cittadinanza: </w:t>
      </w:r>
      <w:proofErr w:type="spellStart"/>
      <w:r w:rsidRPr="00872673">
        <w:rPr>
          <w:color w:val="auto"/>
          <w:szCs w:val="20"/>
        </w:rPr>
        <w:t>Valutazione</w:t>
      </w:r>
      <w:proofErr w:type="spellEnd"/>
      <w:r w:rsidRPr="00872673">
        <w:rPr>
          <w:color w:val="auto"/>
          <w:szCs w:val="20"/>
        </w:rPr>
        <w:t xml:space="preserve"> </w:t>
      </w:r>
      <w:proofErr w:type="spellStart"/>
      <w:r w:rsidRPr="00872673">
        <w:rPr>
          <w:color w:val="auto"/>
          <w:szCs w:val="20"/>
        </w:rPr>
        <w:t>dei</w:t>
      </w:r>
      <w:proofErr w:type="spellEnd"/>
      <w:r w:rsidRPr="00872673">
        <w:rPr>
          <w:color w:val="auto"/>
          <w:szCs w:val="20"/>
        </w:rPr>
        <w:t xml:space="preserve"> </w:t>
      </w:r>
      <w:proofErr w:type="spellStart"/>
      <w:r w:rsidRPr="00872673">
        <w:rPr>
          <w:color w:val="auto"/>
          <w:szCs w:val="20"/>
        </w:rPr>
        <w:t>prodotti</w:t>
      </w:r>
      <w:proofErr w:type="spellEnd"/>
      <w:r w:rsidRPr="00872673">
        <w:rPr>
          <w:color w:val="auto"/>
          <w:szCs w:val="20"/>
        </w:rPr>
        <w:t xml:space="preserve"> </w:t>
      </w:r>
      <w:proofErr w:type="spellStart"/>
      <w:r w:rsidRPr="00872673">
        <w:rPr>
          <w:color w:val="auto"/>
          <w:szCs w:val="20"/>
        </w:rPr>
        <w:t>finali</w:t>
      </w:r>
      <w:proofErr w:type="spellEnd"/>
      <w:r w:rsidRPr="00872673">
        <w:rPr>
          <w:color w:val="auto"/>
          <w:szCs w:val="20"/>
        </w:rPr>
        <w:t xml:space="preserve"> (poster </w:t>
      </w:r>
      <w:proofErr w:type="spellStart"/>
      <w:r w:rsidRPr="00872673">
        <w:rPr>
          <w:color w:val="auto"/>
          <w:szCs w:val="20"/>
        </w:rPr>
        <w:t>digitali</w:t>
      </w:r>
      <w:proofErr w:type="spellEnd"/>
      <w:r w:rsidRPr="00872673">
        <w:rPr>
          <w:color w:val="auto"/>
          <w:szCs w:val="20"/>
        </w:rPr>
        <w:t xml:space="preserve">, </w:t>
      </w:r>
      <w:proofErr w:type="spellStart"/>
      <w:r w:rsidRPr="00872673">
        <w:rPr>
          <w:color w:val="auto"/>
          <w:szCs w:val="20"/>
        </w:rPr>
        <w:t>presentazioni</w:t>
      </w:r>
      <w:proofErr w:type="spellEnd"/>
      <w:r w:rsidRPr="00872673">
        <w:rPr>
          <w:color w:val="auto"/>
          <w:szCs w:val="20"/>
        </w:rPr>
        <w:t xml:space="preserve">) </w:t>
      </w:r>
      <w:proofErr w:type="spellStart"/>
      <w:r w:rsidRPr="00872673">
        <w:rPr>
          <w:color w:val="auto"/>
          <w:szCs w:val="20"/>
        </w:rPr>
        <w:t>tramite</w:t>
      </w:r>
      <w:proofErr w:type="spellEnd"/>
      <w:r w:rsidRPr="00872673">
        <w:rPr>
          <w:color w:val="auto"/>
          <w:szCs w:val="20"/>
        </w:rPr>
        <w:t xml:space="preserve"> </w:t>
      </w:r>
      <w:proofErr w:type="spellStart"/>
      <w:r w:rsidRPr="00872673">
        <w:rPr>
          <w:color w:val="auto"/>
          <w:szCs w:val="20"/>
        </w:rPr>
        <w:t>rubriche</w:t>
      </w:r>
      <w:proofErr w:type="spellEnd"/>
      <w:r w:rsidRPr="00872673">
        <w:rPr>
          <w:color w:val="auto"/>
          <w:szCs w:val="20"/>
        </w:rPr>
        <w:t xml:space="preserve"> </w:t>
      </w:r>
      <w:proofErr w:type="spellStart"/>
      <w:r w:rsidRPr="00872673">
        <w:rPr>
          <w:color w:val="auto"/>
          <w:szCs w:val="20"/>
        </w:rPr>
        <w:t>d'esperienza</w:t>
      </w:r>
      <w:proofErr w:type="spellEnd"/>
      <w:r w:rsidRPr="00872673">
        <w:rPr>
          <w:color w:val="auto"/>
          <w:szCs w:val="20"/>
        </w:rPr>
        <w:t xml:space="preserve"> </w:t>
      </w:r>
      <w:proofErr w:type="spellStart"/>
      <w:r w:rsidRPr="00872673">
        <w:rPr>
          <w:color w:val="auto"/>
          <w:szCs w:val="20"/>
        </w:rPr>
        <w:t>basate</w:t>
      </w:r>
      <w:proofErr w:type="spellEnd"/>
      <w:r w:rsidRPr="00872673">
        <w:rPr>
          <w:color w:val="auto"/>
          <w:szCs w:val="20"/>
        </w:rPr>
        <w:t xml:space="preserve"> </w:t>
      </w:r>
      <w:proofErr w:type="spellStart"/>
      <w:r w:rsidRPr="00872673">
        <w:rPr>
          <w:color w:val="auto"/>
          <w:szCs w:val="20"/>
        </w:rPr>
        <w:t>su</w:t>
      </w:r>
      <w:proofErr w:type="spellEnd"/>
      <w:r w:rsidRPr="00872673">
        <w:rPr>
          <w:color w:val="auto"/>
          <w:szCs w:val="20"/>
        </w:rPr>
        <w:t xml:space="preserve"> </w:t>
      </w:r>
      <w:proofErr w:type="spellStart"/>
      <w:r w:rsidRPr="00872673">
        <w:rPr>
          <w:color w:val="auto"/>
          <w:szCs w:val="20"/>
        </w:rPr>
        <w:t>DigComp</w:t>
      </w:r>
      <w:proofErr w:type="spellEnd"/>
      <w:r w:rsidRPr="00872673">
        <w:rPr>
          <w:color w:val="auto"/>
          <w:szCs w:val="20"/>
        </w:rPr>
        <w:t xml:space="preserve"> 2.2 ed </w:t>
      </w:r>
      <w:proofErr w:type="spellStart"/>
      <w:r w:rsidRPr="00872673">
        <w:rPr>
          <w:color w:val="auto"/>
          <w:szCs w:val="20"/>
        </w:rPr>
        <w:t>egida</w:t>
      </w:r>
      <w:proofErr w:type="spellEnd"/>
      <w:r w:rsidRPr="00872673">
        <w:rPr>
          <w:color w:val="auto"/>
          <w:szCs w:val="20"/>
        </w:rPr>
        <w:t xml:space="preserve"> Agenda 2030.</w:t>
      </w:r>
    </w:p>
    <w:p w14:paraId="0FF28F33" w14:textId="77777777" w:rsidR="00872673" w:rsidRDefault="00872673" w:rsidP="00722E35">
      <w:pPr>
        <w:rPr>
          <w:b/>
          <w:bCs/>
          <w:lang w:val="it-IT"/>
        </w:rPr>
      </w:pPr>
    </w:p>
    <w:p w14:paraId="5972FBC6" w14:textId="5EEA8C5F" w:rsidR="00722E35" w:rsidRPr="00AC0B79" w:rsidRDefault="00722E35" w:rsidP="00722E35">
      <w:pPr>
        <w:rPr>
          <w:b/>
          <w:bCs/>
          <w:color w:val="auto"/>
          <w:sz w:val="24"/>
          <w:szCs w:val="24"/>
          <w:u w:val="single"/>
          <w:lang w:val="it-IT"/>
        </w:rPr>
      </w:pPr>
      <w:r w:rsidRPr="00AC0B79">
        <w:rPr>
          <w:b/>
          <w:bCs/>
          <w:color w:val="auto"/>
          <w:sz w:val="24"/>
          <w:szCs w:val="24"/>
          <w:u w:val="single"/>
          <w:lang w:val="it-IT"/>
        </w:rPr>
        <w:t>Griglie di Valutazione</w:t>
      </w:r>
    </w:p>
    <w:p w14:paraId="2B31C2A2" w14:textId="77777777" w:rsidR="00722E35" w:rsidRPr="00AC0B79" w:rsidRDefault="00722E35" w:rsidP="00722E35">
      <w:pPr>
        <w:rPr>
          <w:b/>
          <w:bCs/>
          <w:color w:val="auto"/>
          <w:sz w:val="24"/>
          <w:szCs w:val="24"/>
          <w:lang w:val="it-IT"/>
        </w:rPr>
      </w:pPr>
      <w:r w:rsidRPr="00AC0B79">
        <w:rPr>
          <w:b/>
          <w:bCs/>
          <w:color w:val="auto"/>
          <w:sz w:val="24"/>
          <w:szCs w:val="24"/>
          <w:lang w:val="it-IT"/>
        </w:rPr>
        <w:t>Griglia di Valutazione Standard (Scritto &amp; Orale)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1967"/>
        <w:gridCol w:w="2595"/>
        <w:gridCol w:w="1961"/>
        <w:gridCol w:w="1897"/>
      </w:tblGrid>
      <w:tr w:rsidR="00722E35" w:rsidRPr="00722E35" w14:paraId="1EE59C10"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048350" w14:textId="77777777" w:rsidR="00722E35" w:rsidRPr="00722E35" w:rsidRDefault="00722E35" w:rsidP="00722E35">
            <w:pPr>
              <w:rPr>
                <w:lang w:val="it-IT"/>
              </w:rPr>
            </w:pPr>
            <w:r w:rsidRPr="00722E35">
              <w:rPr>
                <w:b/>
                <w:bCs/>
                <w:lang w:val="it-IT"/>
              </w:rPr>
              <w:t>Voto / Livello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2E7252" w14:textId="77777777" w:rsidR="00722E35" w:rsidRPr="00722E35" w:rsidRDefault="00722E35" w:rsidP="00722E35">
            <w:pPr>
              <w:rPr>
                <w:lang w:val="it-IT"/>
              </w:rPr>
            </w:pPr>
            <w:r w:rsidRPr="00722E35">
              <w:rPr>
                <w:b/>
                <w:bCs/>
                <w:lang w:val="it-IT"/>
              </w:rPr>
              <w:t>Comprensione (</w:t>
            </w:r>
            <w:proofErr w:type="spellStart"/>
            <w:r w:rsidRPr="00722E35">
              <w:rPr>
                <w:b/>
                <w:bCs/>
                <w:lang w:val="it-IT"/>
              </w:rPr>
              <w:t>Listening</w:t>
            </w:r>
            <w:proofErr w:type="spellEnd"/>
            <w:r w:rsidRPr="00722E35">
              <w:rPr>
                <w:b/>
                <w:bCs/>
                <w:lang w:val="it-IT"/>
              </w:rPr>
              <w:t xml:space="preserve"> / Reading)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E4A0F6" w14:textId="77777777" w:rsidR="00722E35" w:rsidRPr="00722E35" w:rsidRDefault="00722E35" w:rsidP="00722E35">
            <w:pPr>
              <w:rPr>
                <w:lang w:val="it-IT"/>
              </w:rPr>
            </w:pPr>
            <w:r w:rsidRPr="00722E35">
              <w:rPr>
                <w:b/>
                <w:bCs/>
                <w:lang w:val="it-IT"/>
              </w:rPr>
              <w:t>Produzione Scritta (Writing)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FFC9CC" w14:textId="77777777" w:rsidR="00722E35" w:rsidRPr="00722E35" w:rsidRDefault="00722E35" w:rsidP="00722E35">
            <w:pPr>
              <w:rPr>
                <w:lang w:val="it-IT"/>
              </w:rPr>
            </w:pPr>
            <w:r w:rsidRPr="00722E35">
              <w:rPr>
                <w:b/>
                <w:bCs/>
                <w:lang w:val="it-IT"/>
              </w:rPr>
              <w:t>Produzione e Interazione Orale (</w:t>
            </w:r>
            <w:proofErr w:type="spellStart"/>
            <w:r w:rsidRPr="00722E35">
              <w:rPr>
                <w:b/>
                <w:bCs/>
                <w:lang w:val="it-IT"/>
              </w:rPr>
              <w:t>Speaking</w:t>
            </w:r>
            <w:proofErr w:type="spellEnd"/>
            <w:r w:rsidRPr="00722E35">
              <w:rPr>
                <w:b/>
                <w:bCs/>
                <w:lang w:val="it-IT"/>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ED5514" w14:textId="77777777" w:rsidR="00722E35" w:rsidRPr="00722E35" w:rsidRDefault="00722E35" w:rsidP="00722E35">
            <w:pPr>
              <w:rPr>
                <w:lang w:val="it-IT"/>
              </w:rPr>
            </w:pPr>
            <w:r w:rsidRPr="00722E35">
              <w:rPr>
                <w:b/>
                <w:bCs/>
                <w:lang w:val="it-IT"/>
              </w:rPr>
              <w:t xml:space="preserve">Adesione </w:t>
            </w:r>
            <w:proofErr w:type="spellStart"/>
            <w:r w:rsidRPr="00722E35">
              <w:rPr>
                <w:b/>
                <w:bCs/>
                <w:lang w:val="it-IT"/>
              </w:rPr>
              <w:t>DigComp</w:t>
            </w:r>
            <w:proofErr w:type="spellEnd"/>
            <w:r w:rsidRPr="00722E35">
              <w:rPr>
                <w:b/>
                <w:bCs/>
                <w:lang w:val="it-IT"/>
              </w:rPr>
              <w:t xml:space="preserve"> / Agenda 2030</w:t>
            </w:r>
          </w:p>
        </w:tc>
      </w:tr>
      <w:tr w:rsidR="00722E35" w:rsidRPr="00722E35" w14:paraId="006AA27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A0C356" w14:textId="77777777" w:rsidR="00722E35" w:rsidRPr="00722E35" w:rsidRDefault="00722E35" w:rsidP="00722E35">
            <w:pPr>
              <w:rPr>
                <w:lang w:val="it-IT"/>
              </w:rPr>
            </w:pPr>
            <w:r w:rsidRPr="00722E35">
              <w:rPr>
                <w:b/>
                <w:bCs/>
                <w:lang w:val="it-IT"/>
              </w:rPr>
              <w:t>10 - 9</w:t>
            </w:r>
          </w:p>
          <w:p w14:paraId="5772BCEB" w14:textId="77777777" w:rsidR="00722E35" w:rsidRPr="00722E35" w:rsidRDefault="00722E35" w:rsidP="00722E35">
            <w:pPr>
              <w:rPr>
                <w:lang w:val="it-IT"/>
              </w:rPr>
            </w:pPr>
            <w:r w:rsidRPr="00722E35">
              <w:rPr>
                <w:lang w:val="it-IT"/>
              </w:rPr>
              <w:br/>
            </w:r>
          </w:p>
          <w:p w14:paraId="67C654D1" w14:textId="77777777" w:rsidR="00722E35" w:rsidRPr="00722E35" w:rsidRDefault="00722E35" w:rsidP="00722E35">
            <w:pPr>
              <w:rPr>
                <w:lang w:val="it-IT"/>
              </w:rPr>
            </w:pPr>
            <w:r w:rsidRPr="00722E35">
              <w:rPr>
                <w:i/>
                <w:iCs/>
                <w:lang w:val="it-IT"/>
              </w:rPr>
              <w:t>(Avanzato)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B0C0C6" w14:textId="77777777" w:rsidR="00722E35" w:rsidRPr="00722E35" w:rsidRDefault="00722E35" w:rsidP="00722E35">
            <w:pPr>
              <w:rPr>
                <w:lang w:val="it-IT"/>
              </w:rPr>
            </w:pPr>
            <w:r w:rsidRPr="00722E35">
              <w:rPr>
                <w:lang w:val="it-IT"/>
              </w:rPr>
              <w:t xml:space="preserve">Comprende globale e dettaglio in testi complessi di livello A1/A2 </w:t>
            </w:r>
            <w:r w:rsidRPr="00722E35">
              <w:rPr>
                <w:lang w:val="it-IT"/>
              </w:rPr>
              <w:lastRenderedPageBreak/>
              <w:t>senza incertezze.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E04685" w14:textId="77777777" w:rsidR="00722E35" w:rsidRPr="00722E35" w:rsidRDefault="00722E35" w:rsidP="00722E35">
            <w:pPr>
              <w:rPr>
                <w:lang w:val="it-IT"/>
              </w:rPr>
            </w:pPr>
            <w:r w:rsidRPr="00722E35">
              <w:rPr>
                <w:lang w:val="it-IT"/>
              </w:rPr>
              <w:lastRenderedPageBreak/>
              <w:t>Produzione ricca, corretta, fluida con registro adeguato e lessico vario.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FE26F2" w14:textId="77777777" w:rsidR="00722E35" w:rsidRPr="00722E35" w:rsidRDefault="00722E35" w:rsidP="00722E35">
            <w:pPr>
              <w:rPr>
                <w:lang w:val="it-IT"/>
              </w:rPr>
            </w:pPr>
            <w:r w:rsidRPr="00722E35">
              <w:rPr>
                <w:lang w:val="it-IT"/>
              </w:rPr>
              <w:t xml:space="preserve">Comunicazione fluente, intonazione e pronuncia ottime; interagisce in </w:t>
            </w:r>
            <w:r w:rsidRPr="00722E35">
              <w:rPr>
                <w:lang w:val="it-IT"/>
              </w:rPr>
              <w:lastRenderedPageBreak/>
              <w:t>modo autonomo.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28E876" w14:textId="77777777" w:rsidR="00722E35" w:rsidRPr="00722E35" w:rsidRDefault="00722E35" w:rsidP="00722E35">
            <w:pPr>
              <w:rPr>
                <w:lang w:val="it-IT"/>
              </w:rPr>
            </w:pPr>
            <w:r w:rsidRPr="00722E35">
              <w:rPr>
                <w:lang w:val="it-IT"/>
              </w:rPr>
              <w:lastRenderedPageBreak/>
              <w:t xml:space="preserve">Piena padronanza nell'uso etico/operativo delle risorse </w:t>
            </w:r>
            <w:r w:rsidRPr="00722E35">
              <w:rPr>
                <w:lang w:val="it-IT"/>
              </w:rPr>
              <w:lastRenderedPageBreak/>
              <w:t xml:space="preserve">digitali e dei temi di </w:t>
            </w:r>
            <w:r w:rsidRPr="00B36B05">
              <w:rPr>
                <w:lang w:val="it-IT"/>
              </w:rPr>
              <w:t>cittadinanza</w:t>
            </w:r>
            <w:r w:rsidRPr="00B36B05">
              <w:rPr>
                <w:b/>
                <w:bCs/>
                <w:lang w:val="it-IT"/>
              </w:rPr>
              <w:t>.</w:t>
            </w:r>
          </w:p>
        </w:tc>
      </w:tr>
      <w:tr w:rsidR="00722E35" w:rsidRPr="00722E35" w14:paraId="069A463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E7F139" w14:textId="77777777" w:rsidR="00722E35" w:rsidRPr="00722E35" w:rsidRDefault="00722E35" w:rsidP="00722E35">
            <w:pPr>
              <w:rPr>
                <w:lang w:val="it-IT"/>
              </w:rPr>
            </w:pPr>
            <w:r w:rsidRPr="00722E35">
              <w:rPr>
                <w:b/>
                <w:bCs/>
                <w:lang w:val="it-IT"/>
              </w:rPr>
              <w:lastRenderedPageBreak/>
              <w:t>8 - 7</w:t>
            </w:r>
          </w:p>
          <w:p w14:paraId="7E1DD572" w14:textId="77777777" w:rsidR="00722E35" w:rsidRPr="00722E35" w:rsidRDefault="00722E35" w:rsidP="00722E35">
            <w:pPr>
              <w:rPr>
                <w:lang w:val="it-IT"/>
              </w:rPr>
            </w:pPr>
            <w:r w:rsidRPr="00722E35">
              <w:rPr>
                <w:lang w:val="it-IT"/>
              </w:rPr>
              <w:br/>
            </w:r>
          </w:p>
          <w:p w14:paraId="59927587" w14:textId="77777777" w:rsidR="00722E35" w:rsidRPr="00722E35" w:rsidRDefault="00722E35" w:rsidP="00722E35">
            <w:pPr>
              <w:rPr>
                <w:lang w:val="it-IT"/>
              </w:rPr>
            </w:pPr>
            <w:r w:rsidRPr="00722E35">
              <w:rPr>
                <w:i/>
                <w:iCs/>
                <w:lang w:val="it-IT"/>
              </w:rPr>
              <w:t>(Intermedio)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B3AF0E" w14:textId="77777777" w:rsidR="00722E35" w:rsidRPr="00722E35" w:rsidRDefault="00722E35" w:rsidP="00722E35">
            <w:pPr>
              <w:rPr>
                <w:lang w:val="it-IT"/>
              </w:rPr>
            </w:pPr>
            <w:r w:rsidRPr="00722E35">
              <w:rPr>
                <w:lang w:val="it-IT"/>
              </w:rPr>
              <w:t>Comprende i punti chiave e la maggior parte dei dettagli in testi chiari.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4FA552" w14:textId="77777777" w:rsidR="00722E35" w:rsidRPr="00722E35" w:rsidRDefault="00722E35" w:rsidP="00722E35">
            <w:pPr>
              <w:rPr>
                <w:lang w:val="it-IT"/>
              </w:rPr>
            </w:pPr>
            <w:r w:rsidRPr="00722E35">
              <w:rPr>
                <w:lang w:val="it-IT"/>
              </w:rPr>
              <w:t>Produzione corretta con pochi errori morfosintattici che non pregiudicano il senso.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861094" w14:textId="77777777" w:rsidR="00722E35" w:rsidRPr="00722E35" w:rsidRDefault="00722E35" w:rsidP="00722E35">
            <w:pPr>
              <w:rPr>
                <w:lang w:val="it-IT"/>
              </w:rPr>
            </w:pPr>
            <w:r w:rsidRPr="00722E35">
              <w:rPr>
                <w:lang w:val="it-IT"/>
              </w:rPr>
              <w:t>Esposizione chiara, buona pronuncia; partecipa attivamente con risposte adeguate.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36FD26" w14:textId="77777777" w:rsidR="00722E35" w:rsidRPr="00722E35" w:rsidRDefault="00722E35" w:rsidP="00722E35">
            <w:pPr>
              <w:rPr>
                <w:lang w:val="it-IT"/>
              </w:rPr>
            </w:pPr>
            <w:r w:rsidRPr="00722E35">
              <w:rPr>
                <w:lang w:val="it-IT"/>
              </w:rPr>
              <w:t>Uso consapevole degli strumenti digitali e rielaborazione efficace dei temi sostenibili.</w:t>
            </w:r>
          </w:p>
        </w:tc>
      </w:tr>
      <w:tr w:rsidR="00722E35" w:rsidRPr="00722E35" w14:paraId="4B86A15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837FCB" w14:textId="77777777" w:rsidR="00722E35" w:rsidRPr="00722E35" w:rsidRDefault="00722E35" w:rsidP="00722E35">
            <w:pPr>
              <w:rPr>
                <w:lang w:val="it-IT"/>
              </w:rPr>
            </w:pPr>
            <w:r w:rsidRPr="00722E35">
              <w:rPr>
                <w:b/>
                <w:bCs/>
                <w:lang w:val="it-IT"/>
              </w:rPr>
              <w:t>6</w:t>
            </w:r>
          </w:p>
          <w:p w14:paraId="3ACA7F37" w14:textId="77777777" w:rsidR="00722E35" w:rsidRPr="00722E35" w:rsidRDefault="00722E35" w:rsidP="00722E35">
            <w:pPr>
              <w:rPr>
                <w:lang w:val="it-IT"/>
              </w:rPr>
            </w:pPr>
            <w:r w:rsidRPr="00722E35">
              <w:rPr>
                <w:lang w:val="it-IT"/>
              </w:rPr>
              <w:br/>
            </w:r>
          </w:p>
          <w:p w14:paraId="057F2D1D" w14:textId="77777777" w:rsidR="00722E35" w:rsidRPr="00722E35" w:rsidRDefault="00722E35" w:rsidP="00722E35">
            <w:pPr>
              <w:rPr>
                <w:lang w:val="it-IT"/>
              </w:rPr>
            </w:pPr>
            <w:r w:rsidRPr="00722E35">
              <w:rPr>
                <w:i/>
                <w:iCs/>
                <w:lang w:val="it-IT"/>
              </w:rPr>
              <w:t>(Base)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F253A0" w14:textId="77777777" w:rsidR="00722E35" w:rsidRPr="00722E35" w:rsidRDefault="00722E35" w:rsidP="00722E35">
            <w:pPr>
              <w:rPr>
                <w:lang w:val="it-IT"/>
              </w:rPr>
            </w:pPr>
            <w:r w:rsidRPr="00722E35">
              <w:rPr>
                <w:lang w:val="it-IT"/>
              </w:rPr>
              <w:t>Comprende le informazioni principali di messaggi semplici e ben articolati.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7F13C4" w14:textId="77777777" w:rsidR="00722E35" w:rsidRPr="00722E35" w:rsidRDefault="00722E35" w:rsidP="00722E35">
            <w:pPr>
              <w:rPr>
                <w:lang w:val="it-IT"/>
              </w:rPr>
            </w:pPr>
            <w:r w:rsidRPr="00722E35">
              <w:rPr>
                <w:lang w:val="it-IT"/>
              </w:rPr>
              <w:t>Produzione semplice con qualche imprecisione grammaticale/lessicale essenziale.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261CBF" w14:textId="77777777" w:rsidR="00722E35" w:rsidRPr="00722E35" w:rsidRDefault="00722E35" w:rsidP="00722E35">
            <w:pPr>
              <w:rPr>
                <w:lang w:val="it-IT"/>
              </w:rPr>
            </w:pPr>
            <w:r w:rsidRPr="00722E35">
              <w:rPr>
                <w:lang w:val="it-IT"/>
              </w:rPr>
              <w:t>Interagisce con semplice supporto; pronuncia intelligibile pur con qualche esitazione.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299D5D" w14:textId="77777777" w:rsidR="00722E35" w:rsidRPr="00722E35" w:rsidRDefault="00722E35" w:rsidP="00722E35">
            <w:pPr>
              <w:rPr>
                <w:lang w:val="it-IT"/>
              </w:rPr>
            </w:pPr>
            <w:r w:rsidRPr="00722E35">
              <w:rPr>
                <w:lang w:val="it-IT"/>
              </w:rPr>
              <w:t>Utilizzo base di web-app didattiche e comprensione essenziale delle tematiche civiche.</w:t>
            </w:r>
          </w:p>
        </w:tc>
      </w:tr>
      <w:tr w:rsidR="00722E35" w:rsidRPr="00722E35" w14:paraId="2301831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E7AAE6" w14:textId="77777777" w:rsidR="00722E35" w:rsidRPr="00722E35" w:rsidRDefault="00722E35" w:rsidP="00722E35">
            <w:pPr>
              <w:rPr>
                <w:lang w:val="it-IT"/>
              </w:rPr>
            </w:pPr>
            <w:r w:rsidRPr="00722E35">
              <w:rPr>
                <w:b/>
                <w:bCs/>
                <w:lang w:val="it-IT"/>
              </w:rPr>
              <w:t>5</w:t>
            </w:r>
          </w:p>
          <w:p w14:paraId="0093E072" w14:textId="77777777" w:rsidR="00722E35" w:rsidRPr="00722E35" w:rsidRDefault="00722E35" w:rsidP="00722E35">
            <w:pPr>
              <w:rPr>
                <w:lang w:val="it-IT"/>
              </w:rPr>
            </w:pPr>
            <w:r w:rsidRPr="00722E35">
              <w:rPr>
                <w:lang w:val="it-IT"/>
              </w:rPr>
              <w:br/>
            </w:r>
          </w:p>
          <w:p w14:paraId="4416334E" w14:textId="77777777" w:rsidR="00722E35" w:rsidRPr="00722E35" w:rsidRDefault="00722E35" w:rsidP="00722E35">
            <w:pPr>
              <w:rPr>
                <w:lang w:val="it-IT"/>
              </w:rPr>
            </w:pPr>
            <w:r w:rsidRPr="00722E35">
              <w:rPr>
                <w:i/>
                <w:iCs/>
                <w:lang w:val="it-IT"/>
              </w:rPr>
              <w:t>(Parzialmente raggiunto)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BB1287" w14:textId="77777777" w:rsidR="00722E35" w:rsidRPr="00722E35" w:rsidRDefault="00722E35" w:rsidP="00722E35">
            <w:pPr>
              <w:rPr>
                <w:lang w:val="it-IT"/>
              </w:rPr>
            </w:pPr>
            <w:r w:rsidRPr="00722E35">
              <w:rPr>
                <w:lang w:val="it-IT"/>
              </w:rPr>
              <w:t>Comprende solo parzialmente messaggi semplici se formulati con lentezza.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C28627" w14:textId="77777777" w:rsidR="00722E35" w:rsidRPr="00722E35" w:rsidRDefault="00722E35" w:rsidP="00722E35">
            <w:pPr>
              <w:rPr>
                <w:lang w:val="it-IT"/>
              </w:rPr>
            </w:pPr>
            <w:r w:rsidRPr="00722E35">
              <w:rPr>
                <w:lang w:val="it-IT"/>
              </w:rPr>
              <w:t>Produzione frammentaria con errori frequenti che ostacolano parzialmente la comprensione.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A18074" w14:textId="77777777" w:rsidR="00722E35" w:rsidRPr="00722E35" w:rsidRDefault="00722E35" w:rsidP="00722E35">
            <w:pPr>
              <w:rPr>
                <w:lang w:val="it-IT"/>
              </w:rPr>
            </w:pPr>
            <w:r w:rsidRPr="00722E35">
              <w:rPr>
                <w:lang w:val="it-IT"/>
              </w:rPr>
              <w:t>Difficoltà nell'interazione; pronuncia imprecisa, necessita di guida per esprimersi.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C9A667" w14:textId="77777777" w:rsidR="00722E35" w:rsidRPr="00722E35" w:rsidRDefault="00722E35" w:rsidP="00722E35">
            <w:pPr>
              <w:rPr>
                <w:lang w:val="it-IT"/>
              </w:rPr>
            </w:pPr>
            <w:r w:rsidRPr="00722E35">
              <w:rPr>
                <w:lang w:val="it-IT"/>
              </w:rPr>
              <w:t>Utilizzo incerto degli strumenti digitali, richiede continuo orientamento.</w:t>
            </w:r>
          </w:p>
        </w:tc>
      </w:tr>
    </w:tbl>
    <w:p w14:paraId="5056159E" w14:textId="77777777" w:rsidR="006460C3" w:rsidRDefault="006460C3" w:rsidP="00722E35">
      <w:pPr>
        <w:rPr>
          <w:b/>
          <w:bCs/>
          <w:lang w:val="it-IT"/>
        </w:rPr>
      </w:pPr>
    </w:p>
    <w:p w14:paraId="0CD041C7" w14:textId="77777777" w:rsidR="00B36B05" w:rsidRDefault="00B36B05" w:rsidP="005711D3">
      <w:pPr>
        <w:rPr>
          <w:b/>
          <w:bCs/>
          <w:sz w:val="24"/>
          <w:szCs w:val="28"/>
          <w:u w:val="single"/>
          <w:lang w:val="it-IT"/>
        </w:rPr>
      </w:pPr>
    </w:p>
    <w:p w14:paraId="1A75933D" w14:textId="77777777" w:rsidR="00B36B05" w:rsidRDefault="00B36B05" w:rsidP="005711D3">
      <w:pPr>
        <w:rPr>
          <w:b/>
          <w:bCs/>
          <w:sz w:val="24"/>
          <w:szCs w:val="28"/>
          <w:u w:val="single"/>
          <w:lang w:val="it-IT"/>
        </w:rPr>
      </w:pPr>
    </w:p>
    <w:p w14:paraId="45CE9BAB" w14:textId="77777777" w:rsidR="005C550D" w:rsidRDefault="005C550D" w:rsidP="005711D3">
      <w:pPr>
        <w:rPr>
          <w:b/>
          <w:bCs/>
          <w:sz w:val="24"/>
          <w:szCs w:val="28"/>
          <w:u w:val="single"/>
          <w:lang w:val="it-IT"/>
        </w:rPr>
      </w:pPr>
    </w:p>
    <w:p w14:paraId="3E176D9E" w14:textId="2C783427" w:rsidR="005711D3" w:rsidRPr="005711D3" w:rsidRDefault="005711D3" w:rsidP="005711D3">
      <w:pPr>
        <w:rPr>
          <w:b/>
          <w:bCs/>
          <w:sz w:val="24"/>
          <w:szCs w:val="28"/>
          <w:u w:val="single"/>
          <w:lang w:val="it-IT"/>
        </w:rPr>
      </w:pPr>
      <w:r w:rsidRPr="005711D3">
        <w:rPr>
          <w:b/>
          <w:bCs/>
          <w:sz w:val="24"/>
          <w:szCs w:val="28"/>
          <w:u w:val="single"/>
          <w:lang w:val="it-IT"/>
        </w:rPr>
        <w:lastRenderedPageBreak/>
        <w:t>Misure Dispensative e Criteri Specifici BES</w:t>
      </w:r>
    </w:p>
    <w:p w14:paraId="23D52689" w14:textId="77777777" w:rsidR="005711D3" w:rsidRPr="00722E35" w:rsidRDefault="005711D3" w:rsidP="005711D3">
      <w:pPr>
        <w:numPr>
          <w:ilvl w:val="0"/>
          <w:numId w:val="13"/>
        </w:numPr>
        <w:rPr>
          <w:lang w:val="it-IT"/>
        </w:rPr>
      </w:pPr>
      <w:r w:rsidRPr="00722E35">
        <w:rPr>
          <w:b/>
          <w:bCs/>
          <w:lang w:val="it-IT"/>
        </w:rPr>
        <w:t>Valutazione dello scritto:</w:t>
      </w:r>
      <w:r w:rsidRPr="00722E35">
        <w:rPr>
          <w:lang w:val="it-IT"/>
        </w:rPr>
        <w:t xml:space="preserve"> Non vengono penalizzati gli errori ortografici e di </w:t>
      </w:r>
      <w:r w:rsidRPr="00722E35">
        <w:rPr>
          <w:i/>
          <w:iCs/>
          <w:lang w:val="it-IT"/>
        </w:rPr>
        <w:t>spelling</w:t>
      </w:r>
      <w:r w:rsidRPr="00722E35">
        <w:rPr>
          <w:lang w:val="it-IT"/>
        </w:rPr>
        <w:t xml:space="preserve"> qualora il testo mantenga la propria intelligibilità.</w:t>
      </w:r>
    </w:p>
    <w:p w14:paraId="43340AF8" w14:textId="77777777" w:rsidR="005711D3" w:rsidRPr="00722E35" w:rsidRDefault="005711D3" w:rsidP="005711D3">
      <w:pPr>
        <w:numPr>
          <w:ilvl w:val="0"/>
          <w:numId w:val="13"/>
        </w:numPr>
        <w:rPr>
          <w:lang w:val="it-IT"/>
        </w:rPr>
      </w:pPr>
      <w:r w:rsidRPr="00722E35">
        <w:rPr>
          <w:b/>
          <w:bCs/>
          <w:lang w:val="it-IT"/>
        </w:rPr>
        <w:t>Privilegio dell'orale:</w:t>
      </w:r>
      <w:r w:rsidRPr="00722E35">
        <w:rPr>
          <w:lang w:val="it-IT"/>
        </w:rPr>
        <w:t xml:space="preserve"> Viene attribuito maggior peso alle prestazioni verbali, alle attività di conversazione e all'interazione guidata.</w:t>
      </w:r>
    </w:p>
    <w:p w14:paraId="3E95A496" w14:textId="77777777" w:rsidR="005711D3" w:rsidRPr="00722E35" w:rsidRDefault="005711D3" w:rsidP="005711D3">
      <w:pPr>
        <w:numPr>
          <w:ilvl w:val="0"/>
          <w:numId w:val="13"/>
        </w:numPr>
        <w:rPr>
          <w:lang w:val="it-IT"/>
        </w:rPr>
      </w:pPr>
      <w:r w:rsidRPr="00722E35">
        <w:rPr>
          <w:b/>
          <w:bCs/>
          <w:lang w:val="it-IT"/>
        </w:rPr>
        <w:t>Tempi e quantità:</w:t>
      </w:r>
      <w:r w:rsidRPr="00722E35">
        <w:rPr>
          <w:lang w:val="it-IT"/>
        </w:rPr>
        <w:t xml:space="preserve"> Concessione del </w:t>
      </w:r>
      <w:r w:rsidRPr="00722E35">
        <w:rPr>
          <w:b/>
          <w:bCs/>
          <w:lang w:val="it-IT"/>
        </w:rPr>
        <w:t>30% di tempo aggiuntivo</w:t>
      </w:r>
      <w:r w:rsidRPr="00722E35">
        <w:rPr>
          <w:lang w:val="it-IT"/>
        </w:rPr>
        <w:t xml:space="preserve"> per le verifiche scritte oppure riduzione del numero di quesiti a parità di valore valutativo.</w:t>
      </w:r>
    </w:p>
    <w:p w14:paraId="0DD7D5D4" w14:textId="77777777" w:rsidR="005711D3" w:rsidRPr="00722E35" w:rsidRDefault="005711D3" w:rsidP="005711D3">
      <w:pPr>
        <w:numPr>
          <w:ilvl w:val="0"/>
          <w:numId w:val="13"/>
        </w:numPr>
        <w:rPr>
          <w:lang w:val="it-IT"/>
        </w:rPr>
      </w:pPr>
      <w:r w:rsidRPr="00722E35">
        <w:rPr>
          <w:b/>
          <w:bCs/>
          <w:lang w:val="it-IT"/>
        </w:rPr>
        <w:t>Formati accessibili:</w:t>
      </w:r>
      <w:r w:rsidRPr="00722E35">
        <w:rPr>
          <w:lang w:val="it-IT"/>
        </w:rPr>
        <w:t xml:space="preserve"> Predilezione per prove strutturate (scelta multipla, vero/falso, completamento guidato) stampate in font ad alta leggibilità.</w:t>
      </w:r>
    </w:p>
    <w:p w14:paraId="5C5A0340" w14:textId="77777777" w:rsidR="006460C3" w:rsidRDefault="006460C3" w:rsidP="00722E35">
      <w:pPr>
        <w:rPr>
          <w:b/>
          <w:bCs/>
          <w:lang w:val="it-IT"/>
        </w:rPr>
      </w:pPr>
    </w:p>
    <w:p w14:paraId="2D148405" w14:textId="727CFA54" w:rsidR="00722E35" w:rsidRPr="00AC0B79" w:rsidRDefault="00722E35" w:rsidP="00722E35">
      <w:pPr>
        <w:rPr>
          <w:b/>
          <w:bCs/>
          <w:color w:val="auto"/>
          <w:sz w:val="24"/>
          <w:szCs w:val="24"/>
          <w:u w:val="single"/>
          <w:lang w:val="it-IT"/>
        </w:rPr>
      </w:pPr>
      <w:r w:rsidRPr="00AC0B79">
        <w:rPr>
          <w:b/>
          <w:bCs/>
          <w:color w:val="auto"/>
          <w:sz w:val="24"/>
          <w:szCs w:val="24"/>
          <w:u w:val="single"/>
          <w:lang w:val="it-IT"/>
        </w:rPr>
        <w:t>Griglia di Valutazione Inclusiva e Differenziata (BES / DSA / NAI)</w:t>
      </w:r>
    </w:p>
    <w:p w14:paraId="07197442" w14:textId="77777777" w:rsidR="00722E35" w:rsidRPr="00AC0B79" w:rsidRDefault="00722E35" w:rsidP="00722E35">
      <w:pPr>
        <w:rPr>
          <w:color w:val="auto"/>
          <w:sz w:val="24"/>
          <w:szCs w:val="24"/>
          <w:lang w:val="it-IT"/>
        </w:rPr>
      </w:pPr>
      <w:r w:rsidRPr="00AC0B79">
        <w:rPr>
          <w:i/>
          <w:iCs/>
          <w:color w:val="auto"/>
          <w:sz w:val="24"/>
          <w:szCs w:val="24"/>
          <w:lang w:val="it-IT"/>
        </w:rPr>
        <w:t>In conformità con la Legge 170/2010, D.M. 5669/2011 e le indicazioni contenute nel PDP / PEI.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9"/>
        <w:gridCol w:w="2122"/>
        <w:gridCol w:w="2210"/>
        <w:gridCol w:w="2071"/>
        <w:gridCol w:w="1981"/>
      </w:tblGrid>
      <w:tr w:rsidR="00722E35" w:rsidRPr="00722E35" w14:paraId="22D089B3"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8DC38B" w14:textId="77777777" w:rsidR="00722E35" w:rsidRPr="00722E35" w:rsidRDefault="00722E35" w:rsidP="00722E35">
            <w:pPr>
              <w:rPr>
                <w:lang w:val="it-IT"/>
              </w:rPr>
            </w:pPr>
            <w:r w:rsidRPr="00722E35">
              <w:rPr>
                <w:b/>
                <w:bCs/>
                <w:lang w:val="it-IT"/>
              </w:rPr>
              <w:t>Livello / Esito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9394D9" w14:textId="77777777" w:rsidR="00722E35" w:rsidRPr="00722E35" w:rsidRDefault="00722E35" w:rsidP="00722E35">
            <w:pPr>
              <w:rPr>
                <w:lang w:val="it-IT"/>
              </w:rPr>
            </w:pPr>
            <w:r w:rsidRPr="00722E35">
              <w:rPr>
                <w:b/>
                <w:bCs/>
                <w:lang w:val="it-IT"/>
              </w:rPr>
              <w:t>Comprensione (con supporto compensativo)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C20B4B" w14:textId="77777777" w:rsidR="00722E35" w:rsidRPr="00722E35" w:rsidRDefault="00722E35" w:rsidP="00722E35">
            <w:pPr>
              <w:rPr>
                <w:lang w:val="it-IT"/>
              </w:rPr>
            </w:pPr>
            <w:r w:rsidRPr="00722E35">
              <w:rPr>
                <w:b/>
                <w:bCs/>
                <w:lang w:val="it-IT"/>
              </w:rPr>
              <w:t>Produzione Scritta (privilegio del contenuto)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381A82" w14:textId="77777777" w:rsidR="00722E35" w:rsidRPr="00722E35" w:rsidRDefault="00722E35" w:rsidP="00722E35">
            <w:pPr>
              <w:rPr>
                <w:lang w:val="it-IT"/>
              </w:rPr>
            </w:pPr>
            <w:r w:rsidRPr="00722E35">
              <w:rPr>
                <w:b/>
                <w:bCs/>
                <w:lang w:val="it-IT"/>
              </w:rPr>
              <w:t>Produzione e Interazione Orale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5DB409" w14:textId="77777777" w:rsidR="00722E35" w:rsidRPr="00722E35" w:rsidRDefault="00722E35" w:rsidP="00722E35">
            <w:pPr>
              <w:rPr>
                <w:lang w:val="it-IT"/>
              </w:rPr>
            </w:pPr>
            <w:r w:rsidRPr="00722E35">
              <w:rPr>
                <w:b/>
                <w:bCs/>
                <w:lang w:val="it-IT"/>
              </w:rPr>
              <w:t xml:space="preserve">Utilizzo Strumenti Compensativi / </w:t>
            </w:r>
            <w:proofErr w:type="spellStart"/>
            <w:r w:rsidRPr="00722E35">
              <w:rPr>
                <w:b/>
                <w:bCs/>
                <w:lang w:val="it-IT"/>
              </w:rPr>
              <w:t>DigComp</w:t>
            </w:r>
            <w:proofErr w:type="spellEnd"/>
          </w:p>
        </w:tc>
      </w:tr>
      <w:tr w:rsidR="00722E35" w:rsidRPr="00722E35" w14:paraId="36867EF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3F55FE" w14:textId="77777777" w:rsidR="00722E35" w:rsidRPr="00722E35" w:rsidRDefault="00722E35" w:rsidP="00722E35">
            <w:pPr>
              <w:rPr>
                <w:lang w:val="it-IT"/>
              </w:rPr>
            </w:pPr>
            <w:r w:rsidRPr="00722E35">
              <w:rPr>
                <w:b/>
                <w:bCs/>
                <w:lang w:val="it-IT"/>
              </w:rPr>
              <w:t>Eccellente / Avanzato</w:t>
            </w:r>
          </w:p>
          <w:p w14:paraId="59D2D36E" w14:textId="77777777" w:rsidR="00722E35" w:rsidRPr="00722E35" w:rsidRDefault="00722E35" w:rsidP="00722E35">
            <w:pPr>
              <w:rPr>
                <w:lang w:val="it-IT"/>
              </w:rPr>
            </w:pPr>
            <w:r w:rsidRPr="00722E35">
              <w:rPr>
                <w:lang w:val="it-IT"/>
              </w:rPr>
              <w:br/>
            </w:r>
          </w:p>
          <w:p w14:paraId="0805FADB" w14:textId="77777777" w:rsidR="00722E35" w:rsidRPr="00722E35" w:rsidRDefault="00722E35" w:rsidP="00722E35">
            <w:pPr>
              <w:rPr>
                <w:lang w:val="it-IT"/>
              </w:rPr>
            </w:pPr>
            <w:r w:rsidRPr="00722E35">
              <w:rPr>
                <w:i/>
                <w:iCs/>
                <w:lang w:val="it-IT"/>
              </w:rPr>
              <w:t>(9 - 10)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755981" w14:textId="77777777" w:rsidR="00722E35" w:rsidRPr="00722E35" w:rsidRDefault="00722E35" w:rsidP="00722E35">
            <w:pPr>
              <w:rPr>
                <w:lang w:val="it-IT"/>
              </w:rPr>
            </w:pPr>
            <w:r w:rsidRPr="00722E35">
              <w:rPr>
                <w:lang w:val="it-IT"/>
              </w:rPr>
              <w:t>Comprende autonomamente testi scritti/orali supportati da sintesi vocale e immagini.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F7A1AC" w14:textId="77777777" w:rsidR="00722E35" w:rsidRPr="00722E35" w:rsidRDefault="00722E35" w:rsidP="00722E35">
            <w:pPr>
              <w:rPr>
                <w:lang w:val="it-IT"/>
              </w:rPr>
            </w:pPr>
            <w:r w:rsidRPr="00722E35">
              <w:rPr>
                <w:lang w:val="it-IT"/>
              </w:rPr>
              <w:t>Efficace, chiara e concisa. Gli errori ortografici e formali non vengono penalizzati.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022E55" w14:textId="77777777" w:rsidR="00722E35" w:rsidRPr="00722E35" w:rsidRDefault="00722E35" w:rsidP="00722E35">
            <w:pPr>
              <w:rPr>
                <w:lang w:val="it-IT"/>
              </w:rPr>
            </w:pPr>
            <w:r w:rsidRPr="00722E35">
              <w:rPr>
                <w:lang w:val="it-IT"/>
              </w:rPr>
              <w:t>Interazione fluida ed espressiva. Uso efficace del lessico appreso e di mappe concettuali.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B84D9F" w14:textId="77777777" w:rsidR="00722E35" w:rsidRPr="00722E35" w:rsidRDefault="00722E35" w:rsidP="00722E35">
            <w:pPr>
              <w:rPr>
                <w:lang w:val="it-IT"/>
              </w:rPr>
            </w:pPr>
            <w:r w:rsidRPr="00722E35">
              <w:rPr>
                <w:lang w:val="it-IT"/>
              </w:rPr>
              <w:t>Uso autonomo, critico ed efficace di sintesi vocale, correttore e mappe digitali.</w:t>
            </w:r>
          </w:p>
        </w:tc>
      </w:tr>
      <w:tr w:rsidR="00722E35" w:rsidRPr="00722E35" w14:paraId="1582577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C19807" w14:textId="77777777" w:rsidR="00722E35" w:rsidRPr="00722E35" w:rsidRDefault="00722E35" w:rsidP="00722E35">
            <w:pPr>
              <w:rPr>
                <w:lang w:val="it-IT"/>
              </w:rPr>
            </w:pPr>
            <w:r w:rsidRPr="00722E35">
              <w:rPr>
                <w:b/>
                <w:bCs/>
                <w:lang w:val="it-IT"/>
              </w:rPr>
              <w:t>Buono / Adeguato</w:t>
            </w:r>
          </w:p>
          <w:p w14:paraId="7DF23DA0" w14:textId="77777777" w:rsidR="00722E35" w:rsidRPr="00722E35" w:rsidRDefault="00722E35" w:rsidP="00722E35">
            <w:pPr>
              <w:rPr>
                <w:lang w:val="it-IT"/>
              </w:rPr>
            </w:pPr>
            <w:r w:rsidRPr="00722E35">
              <w:rPr>
                <w:lang w:val="it-IT"/>
              </w:rPr>
              <w:br/>
            </w:r>
          </w:p>
          <w:p w14:paraId="51331158" w14:textId="77777777" w:rsidR="00722E35" w:rsidRPr="00722E35" w:rsidRDefault="00722E35" w:rsidP="00722E35">
            <w:pPr>
              <w:rPr>
                <w:lang w:val="it-IT"/>
              </w:rPr>
            </w:pPr>
            <w:r w:rsidRPr="00722E35">
              <w:rPr>
                <w:i/>
                <w:iCs/>
                <w:lang w:val="it-IT"/>
              </w:rPr>
              <w:t>(7 - 8)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2D3E4D" w14:textId="77777777" w:rsidR="00722E35" w:rsidRPr="00722E35" w:rsidRDefault="00722E35" w:rsidP="00722E35">
            <w:pPr>
              <w:rPr>
                <w:lang w:val="it-IT"/>
              </w:rPr>
            </w:pPr>
            <w:r w:rsidRPr="00722E35">
              <w:rPr>
                <w:lang w:val="it-IT"/>
              </w:rPr>
              <w:t>Comprende il senso globale e le informazioni chiave tramite schemi e supporto visivo.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BBE7EF" w14:textId="77777777" w:rsidR="00722E35" w:rsidRPr="00722E35" w:rsidRDefault="00722E35" w:rsidP="00722E35">
            <w:pPr>
              <w:rPr>
                <w:lang w:val="it-IT"/>
              </w:rPr>
            </w:pPr>
            <w:r w:rsidRPr="00722E35">
              <w:rPr>
                <w:lang w:val="it-IT"/>
              </w:rPr>
              <w:t>Testo comprensibile e coerente. L'incertezza formale non compromette il messaggio.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BDC578" w14:textId="77777777" w:rsidR="00722E35" w:rsidRPr="00722E35" w:rsidRDefault="00722E35" w:rsidP="00722E35">
            <w:pPr>
              <w:rPr>
                <w:lang w:val="it-IT"/>
              </w:rPr>
            </w:pPr>
            <w:r w:rsidRPr="00722E35">
              <w:rPr>
                <w:lang w:val="it-IT"/>
              </w:rPr>
              <w:t>Comunicazione chiara con supporto di parole chiave; buone capacità di autocorrezione.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4D59FF" w14:textId="77777777" w:rsidR="00722E35" w:rsidRPr="00722E35" w:rsidRDefault="00722E35" w:rsidP="00722E35">
            <w:pPr>
              <w:rPr>
                <w:lang w:val="it-IT"/>
              </w:rPr>
            </w:pPr>
            <w:r w:rsidRPr="00722E35">
              <w:rPr>
                <w:lang w:val="it-IT"/>
              </w:rPr>
              <w:t>Uso regolare e corretto degli strumenti compensativi previsti dal PDP.</w:t>
            </w:r>
          </w:p>
        </w:tc>
      </w:tr>
      <w:tr w:rsidR="00722E35" w:rsidRPr="00722E35" w14:paraId="3C39A9F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62432D" w14:textId="77777777" w:rsidR="00722E35" w:rsidRPr="00722E35" w:rsidRDefault="00722E35" w:rsidP="00722E35">
            <w:pPr>
              <w:rPr>
                <w:lang w:val="it-IT"/>
              </w:rPr>
            </w:pPr>
            <w:r w:rsidRPr="00722E35">
              <w:rPr>
                <w:b/>
                <w:bCs/>
                <w:lang w:val="it-IT"/>
              </w:rPr>
              <w:t>Sufficiente / Essenziale</w:t>
            </w:r>
          </w:p>
          <w:p w14:paraId="08B7F21D" w14:textId="77777777" w:rsidR="00722E35" w:rsidRPr="00722E35" w:rsidRDefault="00722E35" w:rsidP="00722E35">
            <w:pPr>
              <w:rPr>
                <w:lang w:val="it-IT"/>
              </w:rPr>
            </w:pPr>
            <w:r w:rsidRPr="00722E35">
              <w:rPr>
                <w:lang w:val="it-IT"/>
              </w:rPr>
              <w:lastRenderedPageBreak/>
              <w:br/>
            </w:r>
          </w:p>
          <w:p w14:paraId="13CFF112" w14:textId="77777777" w:rsidR="00722E35" w:rsidRPr="00722E35" w:rsidRDefault="00722E35" w:rsidP="00722E35">
            <w:pPr>
              <w:rPr>
                <w:lang w:val="it-IT"/>
              </w:rPr>
            </w:pPr>
            <w:r w:rsidRPr="00722E35">
              <w:rPr>
                <w:i/>
                <w:iCs/>
                <w:lang w:val="it-IT"/>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5FEB4C" w14:textId="77777777" w:rsidR="00722E35" w:rsidRPr="00722E35" w:rsidRDefault="00722E35" w:rsidP="00722E35">
            <w:pPr>
              <w:rPr>
                <w:lang w:val="it-IT"/>
              </w:rPr>
            </w:pPr>
            <w:r w:rsidRPr="00722E35">
              <w:rPr>
                <w:lang w:val="it-IT"/>
              </w:rPr>
              <w:lastRenderedPageBreak/>
              <w:t xml:space="preserve">Comprende le informazioni </w:t>
            </w:r>
            <w:r w:rsidRPr="00722E35">
              <w:rPr>
                <w:lang w:val="it-IT"/>
              </w:rPr>
              <w:lastRenderedPageBreak/>
              <w:t>principali se il testo è semplificato o mediato dal docente.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D29F73" w14:textId="77777777" w:rsidR="00722E35" w:rsidRPr="00722E35" w:rsidRDefault="00722E35" w:rsidP="00722E35">
            <w:pPr>
              <w:rPr>
                <w:lang w:val="it-IT"/>
              </w:rPr>
            </w:pPr>
            <w:r w:rsidRPr="00722E35">
              <w:rPr>
                <w:lang w:val="it-IT"/>
              </w:rPr>
              <w:lastRenderedPageBreak/>
              <w:t xml:space="preserve">Produzione essenziale guidata. </w:t>
            </w:r>
            <w:r w:rsidRPr="00722E35">
              <w:rPr>
                <w:lang w:val="it-IT"/>
              </w:rPr>
              <w:lastRenderedPageBreak/>
              <w:t>Presenza di errori formali/ortografici tollerati.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3BB447" w14:textId="77777777" w:rsidR="00722E35" w:rsidRPr="00722E35" w:rsidRDefault="00722E35" w:rsidP="00722E35">
            <w:pPr>
              <w:rPr>
                <w:lang w:val="it-IT"/>
              </w:rPr>
            </w:pPr>
            <w:r w:rsidRPr="00722E35">
              <w:rPr>
                <w:lang w:val="it-IT"/>
              </w:rPr>
              <w:lastRenderedPageBreak/>
              <w:t xml:space="preserve">Comunica con frasi semplici o </w:t>
            </w:r>
            <w:r w:rsidRPr="00722E35">
              <w:rPr>
                <w:lang w:val="it-IT"/>
              </w:rPr>
              <w:lastRenderedPageBreak/>
              <w:t>guidate; comprensibile pur con pause ed esitazioni.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7FD5CB" w14:textId="77777777" w:rsidR="00722E35" w:rsidRPr="00722E35" w:rsidRDefault="00722E35" w:rsidP="00722E35">
            <w:pPr>
              <w:rPr>
                <w:lang w:val="it-IT"/>
              </w:rPr>
            </w:pPr>
            <w:r w:rsidRPr="00722E35">
              <w:rPr>
                <w:lang w:val="it-IT"/>
              </w:rPr>
              <w:lastRenderedPageBreak/>
              <w:t xml:space="preserve">Uso degli strumenti </w:t>
            </w:r>
            <w:r w:rsidRPr="00722E35">
              <w:rPr>
                <w:lang w:val="it-IT"/>
              </w:rPr>
              <w:lastRenderedPageBreak/>
              <w:t>compensativi con parziale sollecitazione del docente.</w:t>
            </w:r>
          </w:p>
        </w:tc>
      </w:tr>
      <w:tr w:rsidR="00722E35" w:rsidRPr="00722E35" w14:paraId="4F5B3D6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39F459" w14:textId="77777777" w:rsidR="00722E35" w:rsidRPr="00722E35" w:rsidRDefault="00722E35" w:rsidP="00722E35">
            <w:pPr>
              <w:rPr>
                <w:lang w:val="it-IT"/>
              </w:rPr>
            </w:pPr>
            <w:r w:rsidRPr="00722E35">
              <w:rPr>
                <w:b/>
                <w:bCs/>
                <w:lang w:val="it-IT"/>
              </w:rPr>
              <w:lastRenderedPageBreak/>
              <w:t>In Via di Prima Acquisizione</w:t>
            </w:r>
          </w:p>
          <w:p w14:paraId="495FB3BA" w14:textId="77777777" w:rsidR="00722E35" w:rsidRPr="00722E35" w:rsidRDefault="00722E35" w:rsidP="00722E35">
            <w:pPr>
              <w:rPr>
                <w:lang w:val="it-IT"/>
              </w:rPr>
            </w:pPr>
            <w:r w:rsidRPr="00722E35">
              <w:rPr>
                <w:lang w:val="it-IT"/>
              </w:rPr>
              <w:br/>
            </w:r>
          </w:p>
          <w:p w14:paraId="777EC5A7" w14:textId="64A6D816" w:rsidR="00722E35" w:rsidRPr="00722E35" w:rsidRDefault="00722E35" w:rsidP="00722E35">
            <w:pPr>
              <w:rPr>
                <w:lang w:val="it-IT"/>
              </w:rPr>
            </w:pPr>
            <w:r w:rsidRPr="00722E35">
              <w:rPr>
                <w:i/>
                <w:iCs/>
                <w:lang w:val="it-IT"/>
              </w:rPr>
              <w:t>(5 )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7184C3" w14:textId="77777777" w:rsidR="00722E35" w:rsidRPr="00722E35" w:rsidRDefault="00722E35" w:rsidP="00722E35">
            <w:pPr>
              <w:rPr>
                <w:lang w:val="it-IT"/>
              </w:rPr>
            </w:pPr>
            <w:r w:rsidRPr="00722E35">
              <w:rPr>
                <w:lang w:val="it-IT"/>
              </w:rPr>
              <w:t>Difficoltà di comprensione anche in presenza di supporti visivi e semplificazioni.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FF18A8" w14:textId="77777777" w:rsidR="00722E35" w:rsidRPr="00722E35" w:rsidRDefault="00722E35" w:rsidP="00722E35">
            <w:pPr>
              <w:rPr>
                <w:lang w:val="it-IT"/>
              </w:rPr>
            </w:pPr>
            <w:r w:rsidRPr="00722E35">
              <w:rPr>
                <w:lang w:val="it-IT"/>
              </w:rPr>
              <w:t>Produzione gravemente lacunosa, non guidata, che non trasmette il contenuto minimo.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61F3D9" w14:textId="77777777" w:rsidR="00722E35" w:rsidRPr="00722E35" w:rsidRDefault="00722E35" w:rsidP="00722E35">
            <w:pPr>
              <w:rPr>
                <w:lang w:val="it-IT"/>
              </w:rPr>
            </w:pPr>
            <w:r w:rsidRPr="00722E35">
              <w:rPr>
                <w:lang w:val="it-IT"/>
              </w:rPr>
              <w:t>Interazione molto limitata anche se fortemente stimolata o supportata da mappe.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D48767" w14:textId="77777777" w:rsidR="00722E35" w:rsidRPr="00722E35" w:rsidRDefault="00722E35" w:rsidP="00722E35">
            <w:pPr>
              <w:rPr>
                <w:lang w:val="it-IT"/>
              </w:rPr>
            </w:pPr>
            <w:r w:rsidRPr="00722E35">
              <w:rPr>
                <w:lang w:val="it-IT"/>
              </w:rPr>
              <w:t>Rifiuto o mancato utilizzo degli strumenti compensativi e delle misure previste.</w:t>
            </w:r>
          </w:p>
        </w:tc>
      </w:tr>
    </w:tbl>
    <w:p w14:paraId="6D05CBA9" w14:textId="77777777" w:rsidR="006460C3" w:rsidRDefault="006460C3" w:rsidP="00722E35">
      <w:pPr>
        <w:rPr>
          <w:b/>
          <w:bCs/>
          <w:lang w:val="it-IT"/>
        </w:rPr>
      </w:pPr>
    </w:p>
    <w:p w14:paraId="284F5780" w14:textId="4D288DC2" w:rsidR="00CF43AF" w:rsidRDefault="00CF7FDB" w:rsidP="00CF7FDB">
      <w:pPr>
        <w:tabs>
          <w:tab w:val="left" w:pos="6309"/>
        </w:tabs>
        <w:rPr>
          <w:b/>
          <w:bCs/>
          <w:lang w:val="it-IT"/>
        </w:rPr>
      </w:pPr>
      <w:r>
        <w:rPr>
          <w:b/>
          <w:bCs/>
          <w:lang w:val="it-IT"/>
        </w:rPr>
        <w:t xml:space="preserve">Mirto, lì </w:t>
      </w:r>
      <w:r>
        <w:rPr>
          <w:b/>
          <w:bCs/>
          <w:lang w:val="it-IT"/>
        </w:rPr>
        <w:tab/>
        <w:t>FIRMA</w:t>
      </w:r>
    </w:p>
    <w:p w14:paraId="571D2D2D" w14:textId="77777777" w:rsidR="00CF43AF" w:rsidRDefault="00CF43AF" w:rsidP="00722E35">
      <w:pPr>
        <w:rPr>
          <w:b/>
          <w:bCs/>
          <w:lang w:val="it-IT"/>
        </w:rPr>
      </w:pPr>
    </w:p>
    <w:p w14:paraId="5ECC3A1F" w14:textId="77777777" w:rsidR="00CF43AF" w:rsidRDefault="00CF43AF" w:rsidP="00722E35">
      <w:pPr>
        <w:rPr>
          <w:b/>
          <w:bCs/>
          <w:lang w:val="it-IT"/>
        </w:rPr>
      </w:pPr>
    </w:p>
    <w:p w14:paraId="27735015" w14:textId="77777777" w:rsidR="00722E35" w:rsidRDefault="00722E35"/>
    <w:p w14:paraId="6AEB8D8E" w14:textId="77777777" w:rsidR="00DB0C25" w:rsidRDefault="00DB0C25"/>
    <w:p w14:paraId="6679FF79" w14:textId="77777777" w:rsidR="00DB0C25" w:rsidRDefault="00DB0C25"/>
    <w:p w14:paraId="46E0F43C" w14:textId="77777777" w:rsidR="005A26EB" w:rsidRDefault="005A26EB" w:rsidP="005A26EB">
      <w:r>
        <w:t xml:space="preserve">                                                                                                                                                                                                                                               </w:t>
      </w:r>
    </w:p>
    <w:p w14:paraId="113060DE" w14:textId="3F0687D0" w:rsidR="00DB0C25" w:rsidRDefault="005A26EB" w:rsidP="005A26EB">
      <w:r>
        <w:t xml:space="preserve">                                                                        </w:t>
      </w:r>
    </w:p>
    <w:p w14:paraId="03EFF383" w14:textId="3D521BB6" w:rsidR="00083CE3" w:rsidRDefault="00083CE3" w:rsidP="00872673">
      <w:pPr>
        <w:pStyle w:val="Puntoelenco"/>
        <w:numPr>
          <w:ilvl w:val="0"/>
          <w:numId w:val="0"/>
        </w:numPr>
        <w:spacing w:after="60"/>
        <w:ind w:left="432"/>
      </w:pPr>
    </w:p>
    <w:sectPr w:rsidR="00083CE3" w:rsidSect="00034616">
      <w:headerReference w:type="default" r:id="rId8"/>
      <w:pgSz w:w="11909" w:h="16834"/>
      <w:pgMar w:top="1123" w:right="1123" w:bottom="1123"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B9F96" w14:textId="77777777" w:rsidR="00273BD9" w:rsidRDefault="00273BD9" w:rsidP="00C43D2E">
      <w:pPr>
        <w:spacing w:after="0" w:line="240" w:lineRule="auto"/>
      </w:pPr>
      <w:r>
        <w:separator/>
      </w:r>
    </w:p>
  </w:endnote>
  <w:endnote w:type="continuationSeparator" w:id="0">
    <w:p w14:paraId="00E4FD36" w14:textId="77777777" w:rsidR="00273BD9" w:rsidRDefault="00273BD9" w:rsidP="00C43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477B9" w14:textId="77777777" w:rsidR="00273BD9" w:rsidRDefault="00273BD9" w:rsidP="00C43D2E">
      <w:pPr>
        <w:spacing w:after="0" w:line="240" w:lineRule="auto"/>
      </w:pPr>
      <w:r>
        <w:separator/>
      </w:r>
    </w:p>
  </w:footnote>
  <w:footnote w:type="continuationSeparator" w:id="0">
    <w:p w14:paraId="629E4868" w14:textId="77777777" w:rsidR="00273BD9" w:rsidRDefault="00273BD9" w:rsidP="00C43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61B9" w14:textId="03872C32" w:rsidR="00C43D2E" w:rsidRDefault="00484520">
    <w:pPr>
      <w:pStyle w:val="Intestazione"/>
    </w:pPr>
    <w:r>
      <w:rPr>
        <w:noProof/>
      </w:rPr>
      <mc:AlternateContent>
        <mc:Choice Requires="wpg">
          <w:drawing>
            <wp:anchor distT="0" distB="0" distL="114300" distR="114300" simplePos="0" relativeHeight="251659264" behindDoc="0" locked="0" layoutInCell="1" allowOverlap="1" wp14:anchorId="73B71DE7" wp14:editId="106586FE">
              <wp:simplePos x="0" y="0"/>
              <wp:positionH relativeFrom="column">
                <wp:posOffset>-248978</wp:posOffset>
              </wp:positionH>
              <wp:positionV relativeFrom="paragraph">
                <wp:posOffset>-242455</wp:posOffset>
              </wp:positionV>
              <wp:extent cx="6754091" cy="2223655"/>
              <wp:effectExtent l="0" t="0" r="8890" b="5715"/>
              <wp:wrapNone/>
              <wp:docPr id="1" name="Group 1"/>
              <wp:cNvGraphicFramePr/>
              <a:graphic xmlns:a="http://schemas.openxmlformats.org/drawingml/2006/main">
                <a:graphicData uri="http://schemas.microsoft.com/office/word/2010/wordprocessingGroup">
                  <wpg:wgp>
                    <wpg:cNvGrpSpPr/>
                    <wpg:grpSpPr>
                      <a:xfrm>
                        <a:off x="0" y="0"/>
                        <a:ext cx="6754091" cy="2223655"/>
                        <a:chOff x="0" y="0"/>
                        <a:chExt cx="6785162" cy="1905454"/>
                      </a:xfrm>
                    </wpg:grpSpPr>
                    <pic:pic xmlns:pic="http://schemas.openxmlformats.org/drawingml/2006/picture">
                      <pic:nvPicPr>
                        <pic:cNvPr id="161172034" name="Image 2"/>
                        <pic:cNvPicPr/>
                      </pic:nvPicPr>
                      <pic:blipFill>
                        <a:blip r:embed="rId1" cstate="print"/>
                        <a:stretch>
                          <a:fillRect/>
                        </a:stretch>
                      </pic:blipFill>
                      <pic:spPr>
                        <a:xfrm>
                          <a:off x="0" y="685657"/>
                          <a:ext cx="6785162" cy="1219797"/>
                        </a:xfrm>
                        <a:prstGeom prst="rect">
                          <a:avLst/>
                        </a:prstGeom>
                      </pic:spPr>
                    </pic:pic>
                    <pic:pic xmlns:pic="http://schemas.openxmlformats.org/drawingml/2006/picture">
                      <pic:nvPicPr>
                        <pic:cNvPr id="1140106446" name="Image 3"/>
                        <pic:cNvPicPr/>
                      </pic:nvPicPr>
                      <pic:blipFill>
                        <a:blip r:embed="rId2" cstate="print"/>
                        <a:stretch>
                          <a:fillRect/>
                        </a:stretch>
                      </pic:blipFill>
                      <pic:spPr>
                        <a:xfrm>
                          <a:off x="25706" y="0"/>
                          <a:ext cx="6466585" cy="45655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9F7D70" id="Group 1" o:spid="_x0000_s1026" style="position:absolute;margin-left:-19.6pt;margin-top:-19.1pt;width:531.8pt;height:175.1pt;z-index:251659264;mso-width-relative:margin;mso-height-relative:margin" coordsize="67851,190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856;width:67851;height:12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">
                <v:imagedata r:id="rId3" o:title=""/>
              </v:shape>
              <v:shape id="Image 3" o:spid="_x0000_s1028" type="#_x0000_t75" style="position:absolute;left:257;width:64665;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">
                <v:imagedata r:id="rId4" o:title=""/>
              </v:shape>
            </v:group>
          </w:pict>
        </mc:Fallback>
      </mc:AlternateContent>
    </w:r>
  </w:p>
  <w:p w14:paraId="40C03C78" w14:textId="77777777" w:rsidR="00C43D2E" w:rsidRDefault="00C43D2E">
    <w:pPr>
      <w:pStyle w:val="Intestazione"/>
    </w:pPr>
  </w:p>
  <w:p w14:paraId="1296D511" w14:textId="77777777" w:rsidR="00C43D2E" w:rsidRDefault="00C43D2E">
    <w:pPr>
      <w:pStyle w:val="Intestazione"/>
    </w:pPr>
  </w:p>
  <w:p w14:paraId="107BC692" w14:textId="77777777" w:rsidR="00C43D2E" w:rsidRDefault="00C43D2E">
    <w:pPr>
      <w:pStyle w:val="Intestazione"/>
    </w:pPr>
  </w:p>
  <w:p w14:paraId="23E5608F" w14:textId="77777777" w:rsidR="00C43D2E" w:rsidRDefault="00C43D2E">
    <w:pPr>
      <w:pStyle w:val="Intestazione"/>
    </w:pPr>
  </w:p>
  <w:p w14:paraId="329A53A5" w14:textId="77777777" w:rsidR="00C43D2E" w:rsidRDefault="00C43D2E">
    <w:pPr>
      <w:pStyle w:val="Intestazione"/>
    </w:pPr>
  </w:p>
  <w:p w14:paraId="20C536F9" w14:textId="77777777" w:rsidR="00C43D2E" w:rsidRDefault="00C43D2E">
    <w:pPr>
      <w:pStyle w:val="Intestazione"/>
    </w:pPr>
  </w:p>
  <w:p w14:paraId="072F97BE" w14:textId="77777777" w:rsidR="00C43D2E" w:rsidRDefault="00C43D2E">
    <w:pPr>
      <w:pStyle w:val="Intestazione"/>
    </w:pPr>
  </w:p>
  <w:p w14:paraId="02D4E970" w14:textId="77777777" w:rsidR="00C43D2E" w:rsidRDefault="00C43D2E">
    <w:pPr>
      <w:pStyle w:val="Intestazione"/>
    </w:pPr>
  </w:p>
  <w:p w14:paraId="161911A8" w14:textId="77777777" w:rsidR="00C43D2E" w:rsidRDefault="00C43D2E">
    <w:pPr>
      <w:pStyle w:val="Intestazione"/>
    </w:pPr>
  </w:p>
  <w:p w14:paraId="257736B2" w14:textId="77777777" w:rsidR="00C43D2E" w:rsidRDefault="00C43D2E">
    <w:pPr>
      <w:pStyle w:val="Intestazione"/>
    </w:pPr>
  </w:p>
  <w:p w14:paraId="0C926927" w14:textId="77777777" w:rsidR="00C43D2E" w:rsidRDefault="00C43D2E">
    <w:pPr>
      <w:pStyle w:val="Intestazione"/>
    </w:pPr>
  </w:p>
  <w:p w14:paraId="7FB85334" w14:textId="77777777" w:rsidR="00C43D2E" w:rsidRDefault="00C43D2E">
    <w:pPr>
      <w:pStyle w:val="Intestazione"/>
    </w:pPr>
  </w:p>
  <w:p w14:paraId="51C8F427" w14:textId="77777777" w:rsidR="00C43D2E" w:rsidRDefault="00C43D2E">
    <w:pPr>
      <w:pStyle w:val="Intestazione"/>
    </w:pPr>
  </w:p>
  <w:p w14:paraId="565A7A75" w14:textId="77777777" w:rsidR="00C43D2E" w:rsidRDefault="00C43D2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DD9C5FC8"/>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0000008"/>
    <w:multiLevelType w:val="multilevel"/>
    <w:tmpl w:val="1878095C"/>
    <w:name w:val="RTF_Num 8"/>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0" w15:restartNumberingAfterBreak="0">
    <w:nsid w:val="048F7FC2"/>
    <w:multiLevelType w:val="multilevel"/>
    <w:tmpl w:val="1E66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9409D2"/>
    <w:multiLevelType w:val="hybridMultilevel"/>
    <w:tmpl w:val="E4BA792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47F051C"/>
    <w:multiLevelType w:val="hybridMultilevel"/>
    <w:tmpl w:val="E6D2B580"/>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7705D75"/>
    <w:multiLevelType w:val="hybridMultilevel"/>
    <w:tmpl w:val="40E4CB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B664FBD"/>
    <w:multiLevelType w:val="hybridMultilevel"/>
    <w:tmpl w:val="97228A6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8044D82"/>
    <w:multiLevelType w:val="multilevel"/>
    <w:tmpl w:val="7E4A5B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3174C1"/>
    <w:multiLevelType w:val="hybridMultilevel"/>
    <w:tmpl w:val="DA32461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BD2264D"/>
    <w:multiLevelType w:val="multilevel"/>
    <w:tmpl w:val="43766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E63040"/>
    <w:multiLevelType w:val="hybridMultilevel"/>
    <w:tmpl w:val="682E4B5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14117BB"/>
    <w:multiLevelType w:val="multilevel"/>
    <w:tmpl w:val="21BC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264C4"/>
    <w:multiLevelType w:val="hybridMultilevel"/>
    <w:tmpl w:val="FB129ED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5D54CEE"/>
    <w:multiLevelType w:val="multilevel"/>
    <w:tmpl w:val="102A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854D56"/>
    <w:multiLevelType w:val="multilevel"/>
    <w:tmpl w:val="1878095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3" w15:restartNumberingAfterBreak="0">
    <w:nsid w:val="58B134C4"/>
    <w:multiLevelType w:val="hybridMultilevel"/>
    <w:tmpl w:val="89A279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15D7810"/>
    <w:multiLevelType w:val="hybridMultilevel"/>
    <w:tmpl w:val="A42CCF28"/>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FB7EF5"/>
    <w:multiLevelType w:val="hybridMultilevel"/>
    <w:tmpl w:val="B8B22FF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6549219">
    <w:abstractNumId w:val="8"/>
  </w:num>
  <w:num w:numId="2" w16cid:durableId="338168116">
    <w:abstractNumId w:val="6"/>
  </w:num>
  <w:num w:numId="3" w16cid:durableId="1942908524">
    <w:abstractNumId w:val="5"/>
  </w:num>
  <w:num w:numId="4" w16cid:durableId="1574850888">
    <w:abstractNumId w:val="4"/>
  </w:num>
  <w:num w:numId="5" w16cid:durableId="95639938">
    <w:abstractNumId w:val="7"/>
  </w:num>
  <w:num w:numId="6" w16cid:durableId="1940016253">
    <w:abstractNumId w:val="3"/>
  </w:num>
  <w:num w:numId="7" w16cid:durableId="2083403652">
    <w:abstractNumId w:val="2"/>
  </w:num>
  <w:num w:numId="8" w16cid:durableId="1425833369">
    <w:abstractNumId w:val="1"/>
  </w:num>
  <w:num w:numId="9" w16cid:durableId="1847089955">
    <w:abstractNumId w:val="0"/>
  </w:num>
  <w:num w:numId="10" w16cid:durableId="1437556300">
    <w:abstractNumId w:val="21"/>
  </w:num>
  <w:num w:numId="11" w16cid:durableId="2031878450">
    <w:abstractNumId w:val="19"/>
  </w:num>
  <w:num w:numId="12" w16cid:durableId="749928905">
    <w:abstractNumId w:val="10"/>
  </w:num>
  <w:num w:numId="13" w16cid:durableId="537359073">
    <w:abstractNumId w:val="17"/>
  </w:num>
  <w:num w:numId="14" w16cid:durableId="751387519">
    <w:abstractNumId w:val="13"/>
  </w:num>
  <w:num w:numId="15" w16cid:durableId="2019886925">
    <w:abstractNumId w:val="23"/>
  </w:num>
  <w:num w:numId="16" w16cid:durableId="501354426">
    <w:abstractNumId w:val="12"/>
  </w:num>
  <w:num w:numId="17" w16cid:durableId="1633049829">
    <w:abstractNumId w:val="11"/>
  </w:num>
  <w:num w:numId="18" w16cid:durableId="330329630">
    <w:abstractNumId w:val="24"/>
  </w:num>
  <w:num w:numId="19" w16cid:durableId="1508865373">
    <w:abstractNumId w:val="18"/>
  </w:num>
  <w:num w:numId="20" w16cid:durableId="1057511979">
    <w:abstractNumId w:val="9"/>
  </w:num>
  <w:num w:numId="21" w16cid:durableId="1926568788">
    <w:abstractNumId w:val="22"/>
  </w:num>
  <w:num w:numId="22" w16cid:durableId="1910574947">
    <w:abstractNumId w:val="14"/>
  </w:num>
  <w:num w:numId="23" w16cid:durableId="1094479805">
    <w:abstractNumId w:val="25"/>
  </w:num>
  <w:num w:numId="24" w16cid:durableId="514198625">
    <w:abstractNumId w:val="16"/>
  </w:num>
  <w:num w:numId="25" w16cid:durableId="1310358526">
    <w:abstractNumId w:val="20"/>
  </w:num>
  <w:num w:numId="26" w16cid:durableId="7154691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75F"/>
    <w:rsid w:val="00040825"/>
    <w:rsid w:val="0006063C"/>
    <w:rsid w:val="00083CE3"/>
    <w:rsid w:val="000B22F0"/>
    <w:rsid w:val="001065E1"/>
    <w:rsid w:val="0012207D"/>
    <w:rsid w:val="0015074B"/>
    <w:rsid w:val="001C412A"/>
    <w:rsid w:val="001F0A0E"/>
    <w:rsid w:val="00215A78"/>
    <w:rsid w:val="0022473A"/>
    <w:rsid w:val="002249B6"/>
    <w:rsid w:val="00273BD9"/>
    <w:rsid w:val="0029639D"/>
    <w:rsid w:val="002B56DC"/>
    <w:rsid w:val="002D53BF"/>
    <w:rsid w:val="00326F90"/>
    <w:rsid w:val="0032739F"/>
    <w:rsid w:val="0038525B"/>
    <w:rsid w:val="003A1CCC"/>
    <w:rsid w:val="003C3B77"/>
    <w:rsid w:val="00415157"/>
    <w:rsid w:val="00450936"/>
    <w:rsid w:val="00484520"/>
    <w:rsid w:val="004A42F7"/>
    <w:rsid w:val="005046D8"/>
    <w:rsid w:val="00524232"/>
    <w:rsid w:val="005346A7"/>
    <w:rsid w:val="00555AE7"/>
    <w:rsid w:val="005711D3"/>
    <w:rsid w:val="005A26EB"/>
    <w:rsid w:val="005A4CA3"/>
    <w:rsid w:val="005C550D"/>
    <w:rsid w:val="006460C3"/>
    <w:rsid w:val="006571B7"/>
    <w:rsid w:val="00683226"/>
    <w:rsid w:val="00691C9D"/>
    <w:rsid w:val="006D4AF9"/>
    <w:rsid w:val="00722E35"/>
    <w:rsid w:val="00793F2F"/>
    <w:rsid w:val="008161B1"/>
    <w:rsid w:val="00850249"/>
    <w:rsid w:val="00872673"/>
    <w:rsid w:val="008825D9"/>
    <w:rsid w:val="00894381"/>
    <w:rsid w:val="008C74A6"/>
    <w:rsid w:val="008D1BB2"/>
    <w:rsid w:val="008E454D"/>
    <w:rsid w:val="009C2312"/>
    <w:rsid w:val="009D1579"/>
    <w:rsid w:val="00A80247"/>
    <w:rsid w:val="00A96AF7"/>
    <w:rsid w:val="00AA1D8D"/>
    <w:rsid w:val="00AC0B79"/>
    <w:rsid w:val="00AE4ED1"/>
    <w:rsid w:val="00B36B05"/>
    <w:rsid w:val="00B43255"/>
    <w:rsid w:val="00B47730"/>
    <w:rsid w:val="00BD00B4"/>
    <w:rsid w:val="00BF2A3C"/>
    <w:rsid w:val="00C31ACA"/>
    <w:rsid w:val="00C43D2E"/>
    <w:rsid w:val="00C43DAA"/>
    <w:rsid w:val="00C84615"/>
    <w:rsid w:val="00CA1D4D"/>
    <w:rsid w:val="00CB0664"/>
    <w:rsid w:val="00CF43AF"/>
    <w:rsid w:val="00CF7FDB"/>
    <w:rsid w:val="00D15DC0"/>
    <w:rsid w:val="00D264DB"/>
    <w:rsid w:val="00D62BC1"/>
    <w:rsid w:val="00D70AED"/>
    <w:rsid w:val="00D77139"/>
    <w:rsid w:val="00DA1BE7"/>
    <w:rsid w:val="00DB0C25"/>
    <w:rsid w:val="00EE4CD3"/>
    <w:rsid w:val="00F51942"/>
    <w:rsid w:val="00F72C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4996C8E-C7EC-4A0A-8584-71395D4C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88" w:lineRule="auto"/>
    </w:pPr>
    <w:rPr>
      <w:rFonts w:ascii="Arial" w:hAnsi="Arial"/>
      <w:color w:val="2C3E50"/>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F72C17"/>
    <w:pPr>
      <w:suppressAutoHyphens/>
      <w:autoSpaceDE w:val="0"/>
      <w:autoSpaceDN w:val="0"/>
      <w:spacing w:after="0" w:line="240" w:lineRule="auto"/>
      <w:textAlignment w:val="baseline"/>
    </w:pPr>
    <w:rPr>
      <w:rFonts w:ascii="Times New Roman" w:eastAsia="Times New Roman" w:hAnsi="Times New Roman" w:cs="Times New Roman"/>
      <w:color w:val="000000"/>
      <w:kern w:val="3"/>
      <w:sz w:val="24"/>
      <w:szCs w:val="24"/>
      <w:lang w:val="it-IT" w:eastAsia="zh-CN"/>
    </w:rPr>
  </w:style>
  <w:style w:type="paragraph" w:styleId="NormaleWeb">
    <w:name w:val="Normal (Web)"/>
    <w:basedOn w:val="Normale"/>
    <w:uiPriority w:val="99"/>
    <w:unhideWhenUsed/>
    <w:rsid w:val="004A42F7"/>
    <w:pPr>
      <w:spacing w:before="100" w:beforeAutospacing="1" w:after="100" w:afterAutospacing="1" w:line="240" w:lineRule="auto"/>
    </w:pPr>
    <w:rPr>
      <w:rFonts w:ascii="Times New Roman" w:eastAsia="Times New Roman" w:hAnsi="Times New Roman" w:cs="Times New Roman"/>
      <w:color w:val="auto"/>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2381</Words>
  <Characters>13578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franco ausilio</cp:lastModifiedBy>
  <cp:revision>62</cp:revision>
  <dcterms:created xsi:type="dcterms:W3CDTF">2013-12-23T23:15:00Z</dcterms:created>
  <dcterms:modified xsi:type="dcterms:W3CDTF">2026-09-04T07:44:00Z</dcterms:modified>
  <cp:category/>
</cp:coreProperties>
</file>